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426DF3" w14:textId="77777777" w:rsidR="00E17181" w:rsidRPr="006D7E7F" w:rsidRDefault="006D7E7F">
      <w:pPr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b/>
          <w:sz w:val="24"/>
          <w:szCs w:val="24"/>
          <w:lang w:val="lv-LV"/>
        </w:rPr>
        <w:t>ENERĢIJAS AUDITA SECINĀJUMU DARBA LAPA</w:t>
      </w:r>
    </w:p>
    <w:p w14:paraId="7F80D22C" w14:textId="77777777" w:rsidR="00E17181" w:rsidRPr="006D7E7F" w:rsidRDefault="006D7E7F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b/>
          <w:sz w:val="24"/>
          <w:szCs w:val="24"/>
          <w:lang w:val="lv-LV"/>
        </w:rPr>
        <w:t xml:space="preserve">Komanda: </w:t>
      </w:r>
      <w:r w:rsidRPr="006D7E7F">
        <w:rPr>
          <w:rFonts w:ascii="Times New Roman" w:hAnsi="Times New Roman" w:cs="Times New Roman"/>
          <w:sz w:val="24"/>
          <w:szCs w:val="24"/>
          <w:lang w:val="lv-LV"/>
        </w:rPr>
        <w:t xml:space="preserve">__________________________________    </w:t>
      </w:r>
      <w:r w:rsidRPr="006D7E7F">
        <w:rPr>
          <w:rFonts w:ascii="Times New Roman" w:hAnsi="Times New Roman" w:cs="Times New Roman"/>
          <w:b/>
          <w:sz w:val="24"/>
          <w:szCs w:val="24"/>
          <w:lang w:val="lv-LV"/>
        </w:rPr>
        <w:t xml:space="preserve">Datums: </w:t>
      </w:r>
      <w:r w:rsidRPr="006D7E7F">
        <w:rPr>
          <w:rFonts w:ascii="Times New Roman" w:hAnsi="Times New Roman" w:cs="Times New Roman"/>
          <w:sz w:val="24"/>
          <w:szCs w:val="24"/>
          <w:lang w:val="lv-LV"/>
        </w:rPr>
        <w:t>________________</w:t>
      </w:r>
    </w:p>
    <w:p w14:paraId="0C0BEC75" w14:textId="77777777" w:rsidR="00E17181" w:rsidRPr="006D7E7F" w:rsidRDefault="006D7E7F" w:rsidP="00D558E1">
      <w:pPr>
        <w:spacing w:after="0"/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b/>
          <w:sz w:val="24"/>
          <w:szCs w:val="24"/>
          <w:lang w:val="lv-LV"/>
        </w:rPr>
        <w:t>1. MŪSU ATKLĀJUMI</w:t>
      </w:r>
    </w:p>
    <w:p w14:paraId="407AEB64" w14:textId="77777777" w:rsidR="00E17181" w:rsidRPr="006D7E7F" w:rsidRDefault="006D7E7F">
      <w:pPr>
        <w:spacing w:after="40"/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sz w:val="24"/>
          <w:szCs w:val="24"/>
          <w:lang w:val="lv-LV"/>
        </w:rPr>
        <w:t>Kur skolā, mūsuprāt, rodas lielākais enerģijas patēriņš?</w:t>
      </w:r>
    </w:p>
    <w:p w14:paraId="46A53F95" w14:textId="77777777" w:rsidR="00E17181" w:rsidRPr="006D7E7F" w:rsidRDefault="006D7E7F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sz w:val="24"/>
          <w:szCs w:val="24"/>
          <w:lang w:val="lv-LV"/>
        </w:rPr>
        <w:t>________________________________________________________________________________</w:t>
      </w:r>
    </w:p>
    <w:p w14:paraId="4C851251" w14:textId="77777777" w:rsidR="00E17181" w:rsidRPr="006D7E7F" w:rsidRDefault="006D7E7F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sz w:val="24"/>
          <w:szCs w:val="24"/>
          <w:lang w:val="lv-LV"/>
        </w:rPr>
        <w:t>________________________________________________________________________________</w:t>
      </w:r>
    </w:p>
    <w:p w14:paraId="281C8971" w14:textId="77777777" w:rsidR="00E17181" w:rsidRPr="006D7E7F" w:rsidRDefault="006D7E7F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sz w:val="24"/>
          <w:szCs w:val="24"/>
          <w:lang w:val="lv-LV"/>
        </w:rPr>
        <w:t>________________________________________________________________________________</w:t>
      </w:r>
    </w:p>
    <w:p w14:paraId="69D1699F" w14:textId="77777777" w:rsidR="00E17181" w:rsidRPr="006D7E7F" w:rsidRDefault="006D7E7F" w:rsidP="00D558E1">
      <w:pPr>
        <w:spacing w:after="0"/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b/>
          <w:sz w:val="24"/>
          <w:szCs w:val="24"/>
          <w:lang w:val="lv-LV"/>
        </w:rPr>
        <w:t>2. KUR VARAM SAMAZINĀT PATĒRIŅU?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51"/>
        <w:gridCol w:w="5151"/>
      </w:tblGrid>
      <w:tr w:rsidR="00E17181" w:rsidRPr="006D7E7F" w14:paraId="04C37EEB" w14:textId="77777777">
        <w:trPr>
          <w:jc w:val="center"/>
        </w:trPr>
        <w:tc>
          <w:tcPr>
            <w:tcW w:w="5156" w:type="dxa"/>
          </w:tcPr>
          <w:p w14:paraId="21CDF419" w14:textId="77777777" w:rsidR="00E17181" w:rsidRPr="006D7E7F" w:rsidRDefault="006D7E7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D7E7F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Situācija / problēma</w:t>
            </w:r>
          </w:p>
        </w:tc>
        <w:tc>
          <w:tcPr>
            <w:tcW w:w="5156" w:type="dxa"/>
          </w:tcPr>
          <w:p w14:paraId="751A15CE" w14:textId="77777777" w:rsidR="00E17181" w:rsidRPr="006D7E7F" w:rsidRDefault="006D7E7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D7E7F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Ko varētu mainīt?</w:t>
            </w:r>
          </w:p>
        </w:tc>
      </w:tr>
      <w:tr w:rsidR="00E17181" w:rsidRPr="006D7E7F" w14:paraId="78CBD8C0" w14:textId="77777777">
        <w:trPr>
          <w:jc w:val="center"/>
        </w:trPr>
        <w:tc>
          <w:tcPr>
            <w:tcW w:w="5156" w:type="dxa"/>
          </w:tcPr>
          <w:p w14:paraId="5AE8B33E" w14:textId="77777777" w:rsidR="00E17181" w:rsidRPr="006D7E7F" w:rsidRDefault="006D7E7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D7E7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5156" w:type="dxa"/>
          </w:tcPr>
          <w:p w14:paraId="2C31425E" w14:textId="77777777" w:rsidR="00E17181" w:rsidRPr="006D7E7F" w:rsidRDefault="00E171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E17181" w:rsidRPr="006D7E7F" w14:paraId="41ED66E8" w14:textId="77777777">
        <w:trPr>
          <w:jc w:val="center"/>
        </w:trPr>
        <w:tc>
          <w:tcPr>
            <w:tcW w:w="5156" w:type="dxa"/>
          </w:tcPr>
          <w:p w14:paraId="3F473E54" w14:textId="77777777" w:rsidR="00E17181" w:rsidRPr="006D7E7F" w:rsidRDefault="006D7E7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D7E7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5156" w:type="dxa"/>
          </w:tcPr>
          <w:p w14:paraId="2B2EEAAB" w14:textId="77777777" w:rsidR="00E17181" w:rsidRPr="006D7E7F" w:rsidRDefault="00E171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E17181" w:rsidRPr="006D7E7F" w14:paraId="3DA6CE6E" w14:textId="77777777">
        <w:trPr>
          <w:jc w:val="center"/>
        </w:trPr>
        <w:tc>
          <w:tcPr>
            <w:tcW w:w="5156" w:type="dxa"/>
          </w:tcPr>
          <w:p w14:paraId="4B91A261" w14:textId="77777777" w:rsidR="00E17181" w:rsidRPr="006D7E7F" w:rsidRDefault="006D7E7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D7E7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5156" w:type="dxa"/>
          </w:tcPr>
          <w:p w14:paraId="2D0F43BF" w14:textId="77777777" w:rsidR="00E17181" w:rsidRPr="006D7E7F" w:rsidRDefault="00E171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E17181" w:rsidRPr="006D7E7F" w14:paraId="65C317DD" w14:textId="77777777">
        <w:trPr>
          <w:jc w:val="center"/>
        </w:trPr>
        <w:tc>
          <w:tcPr>
            <w:tcW w:w="5156" w:type="dxa"/>
          </w:tcPr>
          <w:p w14:paraId="434A15D9" w14:textId="77777777" w:rsidR="00E17181" w:rsidRPr="006D7E7F" w:rsidRDefault="006D7E7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D7E7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5156" w:type="dxa"/>
          </w:tcPr>
          <w:p w14:paraId="0C34EF0A" w14:textId="77777777" w:rsidR="00E17181" w:rsidRPr="006D7E7F" w:rsidRDefault="00E171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08777332" w14:textId="77777777" w:rsidR="00E17181" w:rsidRPr="006D7E7F" w:rsidRDefault="006D7E7F" w:rsidP="00D558E1">
      <w:pPr>
        <w:spacing w:before="240" w:after="0"/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b/>
          <w:sz w:val="24"/>
          <w:szCs w:val="24"/>
          <w:lang w:val="lv-LV"/>
        </w:rPr>
        <w:t>3. KĀDU RISINĀJUMU VAJAG?</w:t>
      </w:r>
    </w:p>
    <w:p w14:paraId="698B0CF1" w14:textId="77777777" w:rsidR="00E17181" w:rsidRPr="006D7E7F" w:rsidRDefault="006D7E7F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sz w:val="24"/>
          <w:szCs w:val="24"/>
          <w:lang w:val="lv-LV"/>
        </w:rPr>
        <w:t>Atzīmējiet atbilstošo risinājuma veidu:</w:t>
      </w:r>
    </w:p>
    <w:p w14:paraId="167C7A35" w14:textId="77777777" w:rsidR="00E17181" w:rsidRPr="006D7E7F" w:rsidRDefault="006D7E7F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Segoe UI Symbol" w:hAnsi="Segoe UI Symbol" w:cs="Segoe UI Symbol"/>
          <w:sz w:val="24"/>
          <w:szCs w:val="24"/>
          <w:lang w:val="lv-LV"/>
        </w:rPr>
        <w:t>☐</w:t>
      </w:r>
      <w:r w:rsidRPr="006D7E7F">
        <w:rPr>
          <w:rFonts w:ascii="Times New Roman" w:hAnsi="Times New Roman" w:cs="Times New Roman"/>
          <w:sz w:val="24"/>
          <w:szCs w:val="24"/>
          <w:lang w:val="lv-LV"/>
        </w:rPr>
        <w:t xml:space="preserve"> Paradumu maiņa – varam mainīt savu rīcību jau tagad. Kā?</w:t>
      </w:r>
    </w:p>
    <w:p w14:paraId="4068F202" w14:textId="77777777" w:rsidR="00E17181" w:rsidRPr="006D7E7F" w:rsidRDefault="006D7E7F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Segoe UI Symbol" w:hAnsi="Segoe UI Symbol" w:cs="Segoe UI Symbol"/>
          <w:sz w:val="24"/>
          <w:szCs w:val="24"/>
          <w:lang w:val="lv-LV"/>
        </w:rPr>
        <w:t>☐</w:t>
      </w:r>
      <w:r w:rsidRPr="006D7E7F">
        <w:rPr>
          <w:rFonts w:ascii="Times New Roman" w:hAnsi="Times New Roman" w:cs="Times New Roman"/>
          <w:sz w:val="24"/>
          <w:szCs w:val="24"/>
          <w:lang w:val="lv-LV"/>
        </w:rPr>
        <w:t xml:space="preserve"> Tehnisks risinājums – nepieciešama ierīce, aprīkojums vai tehnisks uzlabojums. Kāds?</w:t>
      </w:r>
    </w:p>
    <w:p w14:paraId="15191DC2" w14:textId="77777777" w:rsidR="00E17181" w:rsidRPr="006D7E7F" w:rsidRDefault="006D7E7F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Segoe UI Symbol" w:hAnsi="Segoe UI Symbol" w:cs="Segoe UI Symbol"/>
          <w:sz w:val="24"/>
          <w:szCs w:val="24"/>
          <w:lang w:val="lv-LV"/>
        </w:rPr>
        <w:t>☐</w:t>
      </w:r>
      <w:r w:rsidRPr="006D7E7F">
        <w:rPr>
          <w:rFonts w:ascii="Times New Roman" w:hAnsi="Times New Roman" w:cs="Times New Roman"/>
          <w:sz w:val="24"/>
          <w:szCs w:val="24"/>
          <w:lang w:val="lv-LV"/>
        </w:rPr>
        <w:t xml:space="preserve"> Finanšu ieguldījums – nepieciešami līdzekļi, lai problēmu atrisinātu. Kādi?</w:t>
      </w:r>
    </w:p>
    <w:p w14:paraId="7F974595" w14:textId="77777777" w:rsidR="00E17181" w:rsidRPr="006D7E7F" w:rsidRDefault="006D7E7F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b/>
          <w:sz w:val="24"/>
          <w:szCs w:val="24"/>
          <w:lang w:val="lv-LV"/>
        </w:rPr>
        <w:t>4. MŪSU 3 SVARĪGĀKĀS IDEJAS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75"/>
        <w:gridCol w:w="2575"/>
        <w:gridCol w:w="2576"/>
        <w:gridCol w:w="2576"/>
      </w:tblGrid>
      <w:tr w:rsidR="00E17181" w:rsidRPr="006D7E7F" w14:paraId="61A0E1DE" w14:textId="77777777">
        <w:trPr>
          <w:jc w:val="center"/>
        </w:trPr>
        <w:tc>
          <w:tcPr>
            <w:tcW w:w="2578" w:type="dxa"/>
          </w:tcPr>
          <w:p w14:paraId="6955687A" w14:textId="77777777" w:rsidR="00E17181" w:rsidRPr="006D7E7F" w:rsidRDefault="006D7E7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D7E7F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Nr.</w:t>
            </w:r>
          </w:p>
        </w:tc>
        <w:tc>
          <w:tcPr>
            <w:tcW w:w="2578" w:type="dxa"/>
          </w:tcPr>
          <w:p w14:paraId="0C95FA33" w14:textId="77777777" w:rsidR="00E17181" w:rsidRPr="006D7E7F" w:rsidRDefault="006D7E7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D7E7F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Ko darīsim?</w:t>
            </w:r>
          </w:p>
        </w:tc>
        <w:tc>
          <w:tcPr>
            <w:tcW w:w="2578" w:type="dxa"/>
          </w:tcPr>
          <w:p w14:paraId="70AC1CE3" w14:textId="77777777" w:rsidR="00E17181" w:rsidRPr="006D7E7F" w:rsidRDefault="006D7E7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D7E7F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Kas nepieciešams?</w:t>
            </w:r>
          </w:p>
        </w:tc>
        <w:tc>
          <w:tcPr>
            <w:tcW w:w="2578" w:type="dxa"/>
          </w:tcPr>
          <w:p w14:paraId="15DD30AC" w14:textId="77777777" w:rsidR="00E17181" w:rsidRPr="006D7E7F" w:rsidRDefault="006D7E7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D7E7F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Kas var palīdzēt?</w:t>
            </w:r>
          </w:p>
        </w:tc>
      </w:tr>
      <w:tr w:rsidR="00E17181" w:rsidRPr="006D7E7F" w14:paraId="497B65BE" w14:textId="77777777">
        <w:trPr>
          <w:jc w:val="center"/>
        </w:trPr>
        <w:tc>
          <w:tcPr>
            <w:tcW w:w="2578" w:type="dxa"/>
          </w:tcPr>
          <w:p w14:paraId="7405E201" w14:textId="77777777" w:rsidR="00E17181" w:rsidRPr="006D7E7F" w:rsidRDefault="006D7E7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D7E7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</w:t>
            </w:r>
          </w:p>
        </w:tc>
        <w:tc>
          <w:tcPr>
            <w:tcW w:w="2578" w:type="dxa"/>
          </w:tcPr>
          <w:p w14:paraId="20BC30D5" w14:textId="77777777" w:rsidR="00E17181" w:rsidRPr="006D7E7F" w:rsidRDefault="00E171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78" w:type="dxa"/>
          </w:tcPr>
          <w:p w14:paraId="6EAA2794" w14:textId="77777777" w:rsidR="00E17181" w:rsidRPr="006D7E7F" w:rsidRDefault="00E171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78" w:type="dxa"/>
          </w:tcPr>
          <w:p w14:paraId="10BD4E8E" w14:textId="77777777" w:rsidR="00E17181" w:rsidRPr="006D7E7F" w:rsidRDefault="00E171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E17181" w:rsidRPr="006D7E7F" w14:paraId="2B2DE2FF" w14:textId="77777777">
        <w:trPr>
          <w:jc w:val="center"/>
        </w:trPr>
        <w:tc>
          <w:tcPr>
            <w:tcW w:w="2578" w:type="dxa"/>
          </w:tcPr>
          <w:p w14:paraId="1DFB00CB" w14:textId="77777777" w:rsidR="00E17181" w:rsidRPr="006D7E7F" w:rsidRDefault="006D7E7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D7E7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</w:t>
            </w:r>
          </w:p>
        </w:tc>
        <w:tc>
          <w:tcPr>
            <w:tcW w:w="2578" w:type="dxa"/>
          </w:tcPr>
          <w:p w14:paraId="415A2C42" w14:textId="77777777" w:rsidR="00E17181" w:rsidRPr="006D7E7F" w:rsidRDefault="00E171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78" w:type="dxa"/>
          </w:tcPr>
          <w:p w14:paraId="3B60C8E0" w14:textId="77777777" w:rsidR="00E17181" w:rsidRPr="006D7E7F" w:rsidRDefault="00E171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78" w:type="dxa"/>
          </w:tcPr>
          <w:p w14:paraId="0B071E9B" w14:textId="77777777" w:rsidR="00E17181" w:rsidRPr="006D7E7F" w:rsidRDefault="00E171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E17181" w:rsidRPr="006D7E7F" w14:paraId="63088FF7" w14:textId="77777777">
        <w:trPr>
          <w:jc w:val="center"/>
        </w:trPr>
        <w:tc>
          <w:tcPr>
            <w:tcW w:w="2578" w:type="dxa"/>
          </w:tcPr>
          <w:p w14:paraId="1A6A1D71" w14:textId="77777777" w:rsidR="00E17181" w:rsidRPr="006D7E7F" w:rsidRDefault="006D7E7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D7E7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</w:t>
            </w:r>
          </w:p>
        </w:tc>
        <w:tc>
          <w:tcPr>
            <w:tcW w:w="2578" w:type="dxa"/>
          </w:tcPr>
          <w:p w14:paraId="73F8327E" w14:textId="77777777" w:rsidR="00E17181" w:rsidRPr="006D7E7F" w:rsidRDefault="00E171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78" w:type="dxa"/>
          </w:tcPr>
          <w:p w14:paraId="13B5FFB1" w14:textId="77777777" w:rsidR="00E17181" w:rsidRPr="006D7E7F" w:rsidRDefault="00E171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78" w:type="dxa"/>
          </w:tcPr>
          <w:p w14:paraId="481EDCC7" w14:textId="77777777" w:rsidR="00E17181" w:rsidRPr="006D7E7F" w:rsidRDefault="00E171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5A87D01E" w14:textId="77777777" w:rsidR="00E17181" w:rsidRPr="006D7E7F" w:rsidRDefault="006D7E7F" w:rsidP="00D558E1">
      <w:pPr>
        <w:spacing w:before="240" w:after="0"/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b/>
          <w:sz w:val="24"/>
          <w:szCs w:val="24"/>
          <w:lang w:val="lv-LV"/>
        </w:rPr>
        <w:t>5. MŪSU KOMANDAS GALVENAIS SECINĀJUMS</w:t>
      </w:r>
    </w:p>
    <w:p w14:paraId="2748037D" w14:textId="77777777" w:rsidR="00E17181" w:rsidRPr="006D7E7F" w:rsidRDefault="006D7E7F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sz w:val="24"/>
          <w:szCs w:val="24"/>
          <w:lang w:val="lv-LV"/>
        </w:rPr>
        <w:t>Ja mēs mainītu tikai vienu lietu, lai skolā taupītu enerģiju, tā būtu:</w:t>
      </w:r>
    </w:p>
    <w:p w14:paraId="10BA9E2A" w14:textId="77777777" w:rsidR="00E17181" w:rsidRPr="006D7E7F" w:rsidRDefault="006D7E7F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sz w:val="24"/>
          <w:szCs w:val="24"/>
          <w:lang w:val="lv-LV"/>
        </w:rPr>
        <w:t>________________________________________________________________________________</w:t>
      </w:r>
    </w:p>
    <w:p w14:paraId="62527D3C" w14:textId="77777777" w:rsidR="00E17181" w:rsidRPr="006D7E7F" w:rsidRDefault="006D7E7F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sz w:val="24"/>
          <w:szCs w:val="24"/>
          <w:lang w:val="lv-LV"/>
        </w:rPr>
        <w:t>________________________________________________________________________________</w:t>
      </w:r>
    </w:p>
    <w:p w14:paraId="119B47AF" w14:textId="77777777" w:rsidR="00E17181" w:rsidRPr="006D7E7F" w:rsidRDefault="006D7E7F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6D7E7F">
        <w:rPr>
          <w:rFonts w:ascii="Times New Roman" w:hAnsi="Times New Roman" w:cs="Times New Roman"/>
          <w:sz w:val="24"/>
          <w:szCs w:val="24"/>
          <w:lang w:val="lv-LV"/>
        </w:rPr>
        <w:t>________________________________________________________________________________</w:t>
      </w:r>
    </w:p>
    <w:sectPr w:rsidR="00E17181" w:rsidRPr="006D7E7F" w:rsidSect="00D558E1">
      <w:headerReference w:type="default" r:id="rId8"/>
      <w:pgSz w:w="12240" w:h="15840"/>
      <w:pgMar w:top="850" w:right="964" w:bottom="850" w:left="964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DDC63F" w14:textId="77777777" w:rsidR="00420C0E" w:rsidRDefault="00420C0E" w:rsidP="00D558E1">
      <w:pPr>
        <w:spacing w:after="0" w:line="240" w:lineRule="auto"/>
      </w:pPr>
      <w:r>
        <w:separator/>
      </w:r>
    </w:p>
  </w:endnote>
  <w:endnote w:type="continuationSeparator" w:id="0">
    <w:p w14:paraId="125950A2" w14:textId="77777777" w:rsidR="00420C0E" w:rsidRDefault="00420C0E" w:rsidP="00D55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8D4D19" w14:textId="77777777" w:rsidR="00420C0E" w:rsidRDefault="00420C0E" w:rsidP="00D558E1">
      <w:pPr>
        <w:spacing w:after="0" w:line="240" w:lineRule="auto"/>
      </w:pPr>
      <w:r>
        <w:separator/>
      </w:r>
    </w:p>
  </w:footnote>
  <w:footnote w:type="continuationSeparator" w:id="0">
    <w:p w14:paraId="2683518B" w14:textId="77777777" w:rsidR="00420C0E" w:rsidRDefault="00420C0E" w:rsidP="00D55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E03F64" w14:textId="6B20CF4C" w:rsidR="00D558E1" w:rsidRDefault="00D558E1" w:rsidP="00D558E1">
    <w:pPr>
      <w:pStyle w:val="Header"/>
      <w:jc w:val="center"/>
    </w:pPr>
    <w:r>
      <w:rPr>
        <w:rFonts w:ascii="Times New Roman" w:hAnsi="Times New Roman"/>
        <w:b/>
        <w:noProof/>
        <w:sz w:val="28"/>
        <w:szCs w:val="28"/>
      </w:rPr>
      <w:drawing>
        <wp:inline distT="0" distB="0" distL="0" distR="0" wp14:anchorId="64BD831B" wp14:editId="555B7D3F">
          <wp:extent cx="6296025" cy="904875"/>
          <wp:effectExtent l="0" t="0" r="0" b="0"/>
          <wp:docPr id="11501876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0413365">
    <w:abstractNumId w:val="8"/>
  </w:num>
  <w:num w:numId="2" w16cid:durableId="1264729200">
    <w:abstractNumId w:val="6"/>
  </w:num>
  <w:num w:numId="3" w16cid:durableId="1257060223">
    <w:abstractNumId w:val="5"/>
  </w:num>
  <w:num w:numId="4" w16cid:durableId="695808114">
    <w:abstractNumId w:val="4"/>
  </w:num>
  <w:num w:numId="5" w16cid:durableId="923992382">
    <w:abstractNumId w:val="7"/>
  </w:num>
  <w:num w:numId="6" w16cid:durableId="2058047067">
    <w:abstractNumId w:val="3"/>
  </w:num>
  <w:num w:numId="7" w16cid:durableId="59520618">
    <w:abstractNumId w:val="2"/>
  </w:num>
  <w:num w:numId="8" w16cid:durableId="117115458">
    <w:abstractNumId w:val="1"/>
  </w:num>
  <w:num w:numId="9" w16cid:durableId="15188847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1F39"/>
    <w:rsid w:val="00326F90"/>
    <w:rsid w:val="00420C0E"/>
    <w:rsid w:val="006650C6"/>
    <w:rsid w:val="006D7E7F"/>
    <w:rsid w:val="007B3830"/>
    <w:rsid w:val="00A94811"/>
    <w:rsid w:val="00AA1D8D"/>
    <w:rsid w:val="00B47730"/>
    <w:rsid w:val="00C97FDD"/>
    <w:rsid w:val="00CB0664"/>
    <w:rsid w:val="00D558E1"/>
    <w:rsid w:val="00E171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CE56AF"/>
  <w14:defaultImageDpi w14:val="300"/>
  <w15:docId w15:val="{5AE43DE4-B043-4F23-AE5E-3BA6433C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4C935E-730A-41BF-939D-3D0974D0D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Inga Brieze</cp:lastModifiedBy>
  <cp:revision>2</cp:revision>
  <dcterms:created xsi:type="dcterms:W3CDTF">2026-09-30T05:35:00Z</dcterms:created>
  <dcterms:modified xsi:type="dcterms:W3CDTF">2026-09-30T05:35:00Z</dcterms:modified>
  <cp:category/>
</cp:coreProperties>
</file>