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C48BD0" w14:textId="77777777" w:rsidR="00672AD8" w:rsidRDefault="00D1478B" w:rsidP="00D81939">
      <w:pPr>
        <w:spacing w:after="0"/>
        <w:jc w:val="center"/>
      </w:pPr>
      <w:r>
        <w:rPr>
          <w:b/>
          <w:sz w:val="36"/>
        </w:rPr>
        <w:t>DARBA LAPA</w:t>
      </w:r>
    </w:p>
    <w:p w14:paraId="04349C15" w14:textId="77777777" w:rsidR="00672AD8" w:rsidRDefault="00D1478B">
      <w:pPr>
        <w:jc w:val="center"/>
      </w:pPr>
      <w:r>
        <w:rPr>
          <w:b/>
          <w:sz w:val="26"/>
        </w:rPr>
        <w:t>ENERĢIJA DAŽĀDOS MĀCĪBU PRIEKŠMETOS</w:t>
      </w:r>
    </w:p>
    <w:p w14:paraId="71548C4C" w14:textId="77777777" w:rsidR="0042464C" w:rsidRPr="0042464C" w:rsidRDefault="0042464C" w:rsidP="0042464C">
      <w:pPr>
        <w:jc w:val="center"/>
        <w:rPr>
          <w:rFonts w:ascii="Times New Roman" w:hAnsi="Times New Roman" w:cs="Times New Roman"/>
          <w:i/>
          <w:sz w:val="24"/>
          <w:szCs w:val="24"/>
          <w:lang w:val="lv-LV"/>
        </w:rPr>
      </w:pPr>
      <w:r w:rsidRPr="0042464C">
        <w:rPr>
          <w:rFonts w:ascii="Times New Roman" w:hAnsi="Times New Roman" w:cs="Times New Roman"/>
          <w:i/>
          <w:sz w:val="24"/>
          <w:szCs w:val="24"/>
          <w:lang w:val="lv-LV"/>
        </w:rPr>
        <w:t>Kopā ar skolotāju izveido darba plānu, kā un ko pētīsi, analizēsi, aprēķināsi un kādus risinājumus piedāvāsi, papildinot zināšanas dažādos mācību priekšmetos!</w:t>
      </w:r>
    </w:p>
    <w:p w14:paraId="53972210" w14:textId="77777777" w:rsidR="0042464C" w:rsidRDefault="0042464C" w:rsidP="00D81939">
      <w:pPr>
        <w:spacing w:after="0"/>
        <w:jc w:val="center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672AD8" w14:paraId="39A06DF2" w14:textId="77777777">
        <w:trPr>
          <w:jc w:val="center"/>
        </w:trPr>
        <w:tc>
          <w:tcPr>
            <w:tcW w:w="5156" w:type="dxa"/>
          </w:tcPr>
          <w:p w14:paraId="6802B3B9" w14:textId="77777777" w:rsidR="00672AD8" w:rsidRDefault="00D1478B">
            <w:r>
              <w:t>Vārds, uzvārds: __________________________________</w:t>
            </w:r>
          </w:p>
        </w:tc>
        <w:tc>
          <w:tcPr>
            <w:tcW w:w="5156" w:type="dxa"/>
          </w:tcPr>
          <w:p w14:paraId="4AB5C056" w14:textId="77777777" w:rsidR="00672AD8" w:rsidRDefault="00D1478B">
            <w:r>
              <w:t>Klase: __________    Datums: __________</w:t>
            </w:r>
          </w:p>
        </w:tc>
      </w:tr>
    </w:tbl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02"/>
        <w:gridCol w:w="3930"/>
        <w:gridCol w:w="3975"/>
      </w:tblGrid>
      <w:tr w:rsidR="00672AD8" w14:paraId="4B606258" w14:textId="77777777" w:rsidTr="00D81939">
        <w:trPr>
          <w:jc w:val="center"/>
        </w:trPr>
        <w:tc>
          <w:tcPr>
            <w:tcW w:w="2302" w:type="dxa"/>
            <w:vAlign w:val="center"/>
          </w:tcPr>
          <w:p w14:paraId="494AB573" w14:textId="77777777" w:rsidR="00672AD8" w:rsidRDefault="00D1478B">
            <w:r>
              <w:rPr>
                <w:b/>
                <w:sz w:val="20"/>
              </w:rPr>
              <w:t>Mācību priekšmets</w:t>
            </w:r>
          </w:p>
        </w:tc>
        <w:tc>
          <w:tcPr>
            <w:tcW w:w="3930" w:type="dxa"/>
            <w:vAlign w:val="center"/>
          </w:tcPr>
          <w:p w14:paraId="521FCC0D" w14:textId="77777777" w:rsidR="00672AD8" w:rsidRDefault="00D1478B">
            <w:r>
              <w:rPr>
                <w:b/>
                <w:sz w:val="20"/>
              </w:rPr>
              <w:t>Ko pētām / darām?</w:t>
            </w:r>
          </w:p>
        </w:tc>
        <w:tc>
          <w:tcPr>
            <w:tcW w:w="3975" w:type="dxa"/>
            <w:vAlign w:val="center"/>
          </w:tcPr>
          <w:p w14:paraId="28E3EF4F" w14:textId="77777777" w:rsidR="00672AD8" w:rsidRDefault="0042464C">
            <w:r>
              <w:rPr>
                <w:b/>
                <w:sz w:val="20"/>
              </w:rPr>
              <w:t>I</w:t>
            </w:r>
            <w:r w:rsidR="00D1478B">
              <w:rPr>
                <w:b/>
                <w:sz w:val="20"/>
              </w:rPr>
              <w:t>dejas, secinājumi, aprēķini</w:t>
            </w:r>
          </w:p>
        </w:tc>
      </w:tr>
      <w:tr w:rsidR="00672AD8" w14:paraId="4C5250CA" w14:textId="77777777" w:rsidTr="00D81939">
        <w:trPr>
          <w:jc w:val="center"/>
        </w:trPr>
        <w:tc>
          <w:tcPr>
            <w:tcW w:w="2302" w:type="dxa"/>
          </w:tcPr>
          <w:p w14:paraId="4BA9B018" w14:textId="77777777" w:rsidR="00672AD8" w:rsidRDefault="00D1478B">
            <w:r>
              <w:rPr>
                <w:b/>
                <w:sz w:val="20"/>
              </w:rPr>
              <w:t>Matemātikā</w:t>
            </w:r>
          </w:p>
        </w:tc>
        <w:tc>
          <w:tcPr>
            <w:tcW w:w="3930" w:type="dxa"/>
          </w:tcPr>
          <w:p w14:paraId="47D578A9" w14:textId="77777777" w:rsidR="00672AD8" w:rsidRDefault="00D1478B">
            <w:r>
              <w:rPr>
                <w:sz w:val="20"/>
              </w:rPr>
              <w:t>Enerģijas patēriņa un ietaupījumu aprēķini, tiek modelēti budžeti</w:t>
            </w:r>
          </w:p>
        </w:tc>
        <w:tc>
          <w:tcPr>
            <w:tcW w:w="3975" w:type="dxa"/>
          </w:tcPr>
          <w:p w14:paraId="6382D378" w14:textId="77777777" w:rsidR="00672AD8" w:rsidRDefault="00672AD8"/>
          <w:p w14:paraId="2CF787E6" w14:textId="77777777" w:rsidR="00672AD8" w:rsidRDefault="00672AD8"/>
          <w:p w14:paraId="2F254C36" w14:textId="77777777" w:rsidR="00672AD8" w:rsidRDefault="00672AD8"/>
          <w:p w14:paraId="44E97C4C" w14:textId="77777777" w:rsidR="00672AD8" w:rsidRDefault="00672AD8"/>
        </w:tc>
      </w:tr>
      <w:tr w:rsidR="00672AD8" w14:paraId="61DAE34D" w14:textId="77777777" w:rsidTr="00D81939">
        <w:trPr>
          <w:jc w:val="center"/>
        </w:trPr>
        <w:tc>
          <w:tcPr>
            <w:tcW w:w="2302" w:type="dxa"/>
          </w:tcPr>
          <w:p w14:paraId="0CF245C7" w14:textId="77777777" w:rsidR="00672AD8" w:rsidRDefault="00D1478B">
            <w:r>
              <w:rPr>
                <w:b/>
                <w:sz w:val="20"/>
              </w:rPr>
              <w:t>Ģeogrāfijā</w:t>
            </w:r>
          </w:p>
        </w:tc>
        <w:tc>
          <w:tcPr>
            <w:tcW w:w="3930" w:type="dxa"/>
          </w:tcPr>
          <w:p w14:paraId="456BA874" w14:textId="77777777" w:rsidR="00672AD8" w:rsidRDefault="00D1478B">
            <w:r>
              <w:rPr>
                <w:sz w:val="20"/>
              </w:rPr>
              <w:t>Latvijas energoresursu izvērtēšana, t.sk. skolas un novada energoresursu izpēte</w:t>
            </w:r>
          </w:p>
        </w:tc>
        <w:tc>
          <w:tcPr>
            <w:tcW w:w="3975" w:type="dxa"/>
          </w:tcPr>
          <w:p w14:paraId="4E2A36B8" w14:textId="77777777" w:rsidR="00672AD8" w:rsidRDefault="00672AD8"/>
          <w:p w14:paraId="4481FCBF" w14:textId="77777777" w:rsidR="00672AD8" w:rsidRDefault="00672AD8"/>
          <w:p w14:paraId="49CA054D" w14:textId="77777777" w:rsidR="00672AD8" w:rsidRDefault="00672AD8"/>
          <w:p w14:paraId="663A339C" w14:textId="77777777" w:rsidR="00672AD8" w:rsidRDefault="00672AD8"/>
        </w:tc>
      </w:tr>
      <w:tr w:rsidR="00672AD8" w14:paraId="5BB9FE6A" w14:textId="77777777" w:rsidTr="00D81939">
        <w:trPr>
          <w:jc w:val="center"/>
        </w:trPr>
        <w:tc>
          <w:tcPr>
            <w:tcW w:w="2302" w:type="dxa"/>
          </w:tcPr>
          <w:p w14:paraId="254EF5F0" w14:textId="77777777" w:rsidR="00672AD8" w:rsidRDefault="00D1478B">
            <w:r>
              <w:rPr>
                <w:b/>
                <w:sz w:val="20"/>
              </w:rPr>
              <w:t>Fizikā</w:t>
            </w:r>
          </w:p>
        </w:tc>
        <w:tc>
          <w:tcPr>
            <w:tcW w:w="3930" w:type="dxa"/>
          </w:tcPr>
          <w:p w14:paraId="613DC06B" w14:textId="77777777" w:rsidR="00672AD8" w:rsidRDefault="00D1478B">
            <w:r>
              <w:rPr>
                <w:sz w:val="20"/>
              </w:rPr>
              <w:t>Elektroenerģijas ražošana un pārveide</w:t>
            </w:r>
          </w:p>
        </w:tc>
        <w:tc>
          <w:tcPr>
            <w:tcW w:w="3975" w:type="dxa"/>
          </w:tcPr>
          <w:p w14:paraId="190BA69C" w14:textId="77777777" w:rsidR="00672AD8" w:rsidRDefault="00672AD8"/>
          <w:p w14:paraId="6F036B10" w14:textId="77777777" w:rsidR="00672AD8" w:rsidRDefault="00672AD8"/>
          <w:p w14:paraId="712F2E16" w14:textId="77777777" w:rsidR="00672AD8" w:rsidRDefault="00672AD8"/>
          <w:p w14:paraId="3A07E3C6" w14:textId="77777777" w:rsidR="00672AD8" w:rsidRDefault="00672AD8"/>
        </w:tc>
      </w:tr>
      <w:tr w:rsidR="00672AD8" w14:paraId="280B90E0" w14:textId="77777777" w:rsidTr="00D81939">
        <w:trPr>
          <w:jc w:val="center"/>
        </w:trPr>
        <w:tc>
          <w:tcPr>
            <w:tcW w:w="2302" w:type="dxa"/>
          </w:tcPr>
          <w:p w14:paraId="09622066" w14:textId="77777777" w:rsidR="00672AD8" w:rsidRDefault="00D1478B">
            <w:r>
              <w:rPr>
                <w:b/>
                <w:sz w:val="20"/>
              </w:rPr>
              <w:t>Sociālajās zinātnēs</w:t>
            </w:r>
          </w:p>
        </w:tc>
        <w:tc>
          <w:tcPr>
            <w:tcW w:w="3930" w:type="dxa"/>
          </w:tcPr>
          <w:p w14:paraId="14818E26" w14:textId="77777777" w:rsidR="00672AD8" w:rsidRDefault="00D1478B">
            <w:r>
              <w:rPr>
                <w:sz w:val="20"/>
              </w:rPr>
              <w:t>Likumdošana, lēmumu pieņemšana un sabiedrības līdzdalība</w:t>
            </w:r>
          </w:p>
        </w:tc>
        <w:tc>
          <w:tcPr>
            <w:tcW w:w="3975" w:type="dxa"/>
          </w:tcPr>
          <w:p w14:paraId="4936F7E9" w14:textId="77777777" w:rsidR="00672AD8" w:rsidRDefault="00672AD8"/>
          <w:p w14:paraId="5CD170A5" w14:textId="77777777" w:rsidR="00672AD8" w:rsidRDefault="00672AD8"/>
          <w:p w14:paraId="69DB6353" w14:textId="77777777" w:rsidR="00672AD8" w:rsidRDefault="00672AD8"/>
          <w:p w14:paraId="207E4AE2" w14:textId="77777777" w:rsidR="00672AD8" w:rsidRDefault="00672AD8"/>
        </w:tc>
      </w:tr>
      <w:tr w:rsidR="00672AD8" w14:paraId="4E7C717B" w14:textId="77777777" w:rsidTr="00D81939">
        <w:trPr>
          <w:jc w:val="center"/>
        </w:trPr>
        <w:tc>
          <w:tcPr>
            <w:tcW w:w="2302" w:type="dxa"/>
          </w:tcPr>
          <w:p w14:paraId="5EC1B3DF" w14:textId="77777777" w:rsidR="00672AD8" w:rsidRDefault="00D1478B">
            <w:r>
              <w:rPr>
                <w:b/>
                <w:sz w:val="20"/>
              </w:rPr>
              <w:t>Programmēšanā</w:t>
            </w:r>
          </w:p>
        </w:tc>
        <w:tc>
          <w:tcPr>
            <w:tcW w:w="3930" w:type="dxa"/>
          </w:tcPr>
          <w:p w14:paraId="481E4B53" w14:textId="77777777" w:rsidR="00672AD8" w:rsidRDefault="00D1478B">
            <w:r>
              <w:rPr>
                <w:sz w:val="20"/>
              </w:rPr>
              <w:t>Digitālas enerģijas uzskaites sistēmas izveide</w:t>
            </w:r>
          </w:p>
        </w:tc>
        <w:tc>
          <w:tcPr>
            <w:tcW w:w="3975" w:type="dxa"/>
          </w:tcPr>
          <w:p w14:paraId="4D3C9CC6" w14:textId="77777777" w:rsidR="00672AD8" w:rsidRDefault="00672AD8"/>
          <w:p w14:paraId="295727CE" w14:textId="77777777" w:rsidR="00672AD8" w:rsidRDefault="00672AD8"/>
          <w:p w14:paraId="0F9ED571" w14:textId="77777777" w:rsidR="00672AD8" w:rsidRDefault="00672AD8"/>
          <w:p w14:paraId="5B6F0E17" w14:textId="77777777" w:rsidR="00672AD8" w:rsidRDefault="00672AD8"/>
        </w:tc>
      </w:tr>
      <w:tr w:rsidR="00672AD8" w14:paraId="0635DFB7" w14:textId="77777777" w:rsidTr="00D81939">
        <w:trPr>
          <w:jc w:val="center"/>
        </w:trPr>
        <w:tc>
          <w:tcPr>
            <w:tcW w:w="2302" w:type="dxa"/>
          </w:tcPr>
          <w:p w14:paraId="171A4F75" w14:textId="77777777" w:rsidR="00672AD8" w:rsidRDefault="00D1478B">
            <w:r>
              <w:rPr>
                <w:b/>
                <w:sz w:val="20"/>
              </w:rPr>
              <w:t>Latviešu valodā</w:t>
            </w:r>
          </w:p>
        </w:tc>
        <w:tc>
          <w:tcPr>
            <w:tcW w:w="3930" w:type="dxa"/>
          </w:tcPr>
          <w:p w14:paraId="6766F1D3" w14:textId="77777777" w:rsidR="00672AD8" w:rsidRDefault="00D1478B">
            <w:r>
              <w:rPr>
                <w:sz w:val="20"/>
              </w:rPr>
              <w:t>Argumentētu priekšlikumu un prezentācijas sagatavošana</w:t>
            </w:r>
          </w:p>
        </w:tc>
        <w:tc>
          <w:tcPr>
            <w:tcW w:w="3975" w:type="dxa"/>
          </w:tcPr>
          <w:p w14:paraId="73581FF0" w14:textId="77777777" w:rsidR="00672AD8" w:rsidRDefault="00672AD8"/>
          <w:p w14:paraId="16CE36CC" w14:textId="77777777" w:rsidR="00672AD8" w:rsidRDefault="00672AD8"/>
          <w:p w14:paraId="0018E649" w14:textId="77777777" w:rsidR="00672AD8" w:rsidRDefault="00672AD8"/>
          <w:p w14:paraId="56473E82" w14:textId="77777777" w:rsidR="00672AD8" w:rsidRDefault="00672AD8"/>
        </w:tc>
      </w:tr>
      <w:tr w:rsidR="00672AD8" w14:paraId="6B01E224" w14:textId="77777777" w:rsidTr="00D81939">
        <w:trPr>
          <w:jc w:val="center"/>
        </w:trPr>
        <w:tc>
          <w:tcPr>
            <w:tcW w:w="2302" w:type="dxa"/>
          </w:tcPr>
          <w:p w14:paraId="5BD43277" w14:textId="77777777" w:rsidR="00672AD8" w:rsidRDefault="00D1478B">
            <w:r>
              <w:rPr>
                <w:b/>
                <w:sz w:val="20"/>
              </w:rPr>
              <w:t>Angļu valodā</w:t>
            </w:r>
          </w:p>
        </w:tc>
        <w:tc>
          <w:tcPr>
            <w:tcW w:w="3930" w:type="dxa"/>
          </w:tcPr>
          <w:p w14:paraId="76A0E7E7" w14:textId="77777777" w:rsidR="00672AD8" w:rsidRDefault="00D1478B">
            <w:r>
              <w:rPr>
                <w:sz w:val="20"/>
              </w:rPr>
              <w:t>Pieredzes apmaiņa un starptautisko piemēru izpēte un analīze</w:t>
            </w:r>
          </w:p>
        </w:tc>
        <w:tc>
          <w:tcPr>
            <w:tcW w:w="3975" w:type="dxa"/>
          </w:tcPr>
          <w:p w14:paraId="15ED7F9B" w14:textId="77777777" w:rsidR="00672AD8" w:rsidRDefault="00672AD8"/>
          <w:p w14:paraId="53452C5B" w14:textId="77777777" w:rsidR="00672AD8" w:rsidRDefault="00672AD8"/>
          <w:p w14:paraId="1FC3911A" w14:textId="77777777" w:rsidR="00672AD8" w:rsidRDefault="00672AD8"/>
          <w:p w14:paraId="2CA25775" w14:textId="77777777" w:rsidR="00672AD8" w:rsidRDefault="00672AD8"/>
        </w:tc>
      </w:tr>
    </w:tbl>
    <w:p w14:paraId="0DE5BE1E" w14:textId="77777777" w:rsidR="00D81939" w:rsidRDefault="00D81939" w:rsidP="00D81939">
      <w:pPr>
        <w:spacing w:after="0"/>
        <w:rPr>
          <w:b/>
          <w:sz w:val="24"/>
        </w:rPr>
      </w:pPr>
    </w:p>
    <w:p w14:paraId="313E48BC" w14:textId="5E0C0341" w:rsidR="00672AD8" w:rsidRDefault="00D1478B" w:rsidP="00D81939">
      <w:pPr>
        <w:spacing w:after="0"/>
      </w:pPr>
      <w:r>
        <w:rPr>
          <w:b/>
          <w:sz w:val="24"/>
        </w:rPr>
        <w:t>Kopējais secinājums</w:t>
      </w:r>
    </w:p>
    <w:p w14:paraId="3D791496" w14:textId="77777777" w:rsidR="00672AD8" w:rsidRDefault="00D1478B">
      <w:pPr>
        <w:spacing w:after="60"/>
      </w:pPr>
      <w:r>
        <w:t>Ko es uzzināju par enerģijas izmantošanu un taupīšanu? Kādas idejas vai risinājumus varētu īstenot mūsu skolā?</w:t>
      </w:r>
    </w:p>
    <w:p w14:paraId="6917927C" w14:textId="77777777" w:rsidR="00672AD8" w:rsidRDefault="00D1478B" w:rsidP="00D81939">
      <w:pPr>
        <w:spacing w:after="0"/>
      </w:pPr>
      <w:r>
        <w:t>_______________________________________________________________________________</w:t>
      </w:r>
      <w:r w:rsidR="0042464C">
        <w:t>_________________________________________________</w:t>
      </w:r>
      <w:r>
        <w:t>_</w:t>
      </w:r>
    </w:p>
    <w:p w14:paraId="485B90A3" w14:textId="77777777" w:rsidR="00672AD8" w:rsidRDefault="00D1478B" w:rsidP="00D81939">
      <w:pPr>
        <w:spacing w:after="0"/>
      </w:pPr>
      <w:r>
        <w:t>________________</w:t>
      </w:r>
      <w:r w:rsidR="0042464C">
        <w:t>_________________________________________________</w:t>
      </w:r>
      <w:r>
        <w:t>________________________________________________________________</w:t>
      </w:r>
    </w:p>
    <w:p w14:paraId="7BC8A523" w14:textId="77777777" w:rsidR="00672AD8" w:rsidRDefault="00D1478B" w:rsidP="00D81939">
      <w:pPr>
        <w:spacing w:after="0"/>
      </w:pPr>
      <w:r>
        <w:t>_________________________________________________________________________________________________________________________________</w:t>
      </w:r>
    </w:p>
    <w:p w14:paraId="5B742D71" w14:textId="77777777" w:rsidR="00672AD8" w:rsidRDefault="00D1478B">
      <w:r>
        <w:rPr>
          <w:b/>
        </w:rPr>
        <w:t xml:space="preserve">Mana ideja skolai: </w:t>
      </w:r>
      <w:r>
        <w:t>_______________________________________________________________</w:t>
      </w:r>
    </w:p>
    <w:sectPr w:rsidR="00672AD8" w:rsidSect="00D81939">
      <w:headerReference w:type="default" r:id="rId8"/>
      <w:pgSz w:w="12240" w:h="15840"/>
      <w:pgMar w:top="720" w:right="720" w:bottom="720" w:left="720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6BC4A7" w14:textId="77777777" w:rsidR="006A190E" w:rsidRDefault="006A190E" w:rsidP="00D81939">
      <w:pPr>
        <w:spacing w:after="0" w:line="240" w:lineRule="auto"/>
      </w:pPr>
      <w:r>
        <w:separator/>
      </w:r>
    </w:p>
  </w:endnote>
  <w:endnote w:type="continuationSeparator" w:id="0">
    <w:p w14:paraId="080935B0" w14:textId="77777777" w:rsidR="006A190E" w:rsidRDefault="006A190E" w:rsidP="00D81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089C49" w14:textId="77777777" w:rsidR="006A190E" w:rsidRDefault="006A190E" w:rsidP="00D81939">
      <w:pPr>
        <w:spacing w:after="0" w:line="240" w:lineRule="auto"/>
      </w:pPr>
      <w:r>
        <w:separator/>
      </w:r>
    </w:p>
  </w:footnote>
  <w:footnote w:type="continuationSeparator" w:id="0">
    <w:p w14:paraId="7FD4149F" w14:textId="77777777" w:rsidR="006A190E" w:rsidRDefault="006A190E" w:rsidP="00D81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914699" w14:textId="78AC4346" w:rsidR="00D81939" w:rsidRDefault="00D81939" w:rsidP="00D81939">
    <w:pPr>
      <w:pStyle w:val="Header"/>
      <w:jc w:val="center"/>
    </w:pPr>
    <w:r>
      <w:rPr>
        <w:rFonts w:ascii="Times New Roman" w:hAnsi="Times New Roman"/>
        <w:b/>
        <w:noProof/>
        <w:sz w:val="28"/>
        <w:szCs w:val="28"/>
      </w:rPr>
      <w:drawing>
        <wp:inline distT="0" distB="0" distL="0" distR="0" wp14:anchorId="039DBEC2" wp14:editId="55ABC25C">
          <wp:extent cx="6296025" cy="904875"/>
          <wp:effectExtent l="0" t="0" r="0" b="0"/>
          <wp:docPr id="11501876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0412461">
    <w:abstractNumId w:val="8"/>
  </w:num>
  <w:num w:numId="2" w16cid:durableId="832599451">
    <w:abstractNumId w:val="6"/>
  </w:num>
  <w:num w:numId="3" w16cid:durableId="404574025">
    <w:abstractNumId w:val="5"/>
  </w:num>
  <w:num w:numId="4" w16cid:durableId="1959950581">
    <w:abstractNumId w:val="4"/>
  </w:num>
  <w:num w:numId="5" w16cid:durableId="116336525">
    <w:abstractNumId w:val="7"/>
  </w:num>
  <w:num w:numId="6" w16cid:durableId="320423963">
    <w:abstractNumId w:val="3"/>
  </w:num>
  <w:num w:numId="7" w16cid:durableId="643311662">
    <w:abstractNumId w:val="2"/>
  </w:num>
  <w:num w:numId="8" w16cid:durableId="462164837">
    <w:abstractNumId w:val="1"/>
  </w:num>
  <w:num w:numId="9" w16cid:durableId="9327878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2464C"/>
    <w:rsid w:val="006650C6"/>
    <w:rsid w:val="00672AD8"/>
    <w:rsid w:val="006A190E"/>
    <w:rsid w:val="00A00A0E"/>
    <w:rsid w:val="00AA1D8D"/>
    <w:rsid w:val="00B47730"/>
    <w:rsid w:val="00B67C43"/>
    <w:rsid w:val="00C469CD"/>
    <w:rsid w:val="00C97FDD"/>
    <w:rsid w:val="00CB0664"/>
    <w:rsid w:val="00D1478B"/>
    <w:rsid w:val="00D819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5166E9"/>
  <w14:defaultImageDpi w14:val="300"/>
  <w15:docId w15:val="{5AE43DE4-B043-4F23-AE5E-3BA6433C3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9EF253-E0C3-400F-BEB2-2F535E912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Inga Brieze</cp:lastModifiedBy>
  <cp:revision>2</cp:revision>
  <dcterms:created xsi:type="dcterms:W3CDTF">2026-09-30T05:34:00Z</dcterms:created>
  <dcterms:modified xsi:type="dcterms:W3CDTF">2026-09-30T05:34:00Z</dcterms:modified>
  <cp:category/>
</cp:coreProperties>
</file>