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DD4A13" w14:textId="77777777" w:rsidR="008833EB" w:rsidRDefault="0029380D">
      <w:pPr>
        <w:jc w:val="center"/>
      </w:pPr>
      <w:r>
        <w:rPr>
          <w:b/>
          <w:sz w:val="32"/>
        </w:rPr>
        <w:t>BABĪTES VIDUSSKOLA</w:t>
      </w:r>
    </w:p>
    <w:p w14:paraId="136F8A68" w14:textId="77777777" w:rsidR="008833EB" w:rsidRDefault="0029380D">
      <w:pPr>
        <w:jc w:val="center"/>
      </w:pPr>
      <w:r>
        <w:rPr>
          <w:b/>
          <w:sz w:val="28"/>
        </w:rPr>
        <w:t>ENERGOKOPIENA — KOMANDAS DARBA LAPA</w:t>
      </w:r>
    </w:p>
    <w:p w14:paraId="391D608B" w14:textId="77777777" w:rsidR="008833EB" w:rsidRDefault="0029380D">
      <w:pPr>
        <w:jc w:val="center"/>
      </w:pPr>
      <w:r>
        <w:rPr>
          <w:i/>
          <w:sz w:val="22"/>
        </w:rPr>
        <w:t>„Kā mēs kopā veidotu energoefektīvu skolu?“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8833EB" w14:paraId="1019597D" w14:textId="77777777">
        <w:trPr>
          <w:jc w:val="center"/>
        </w:trPr>
        <w:tc>
          <w:tcPr>
            <w:tcW w:w="2550" w:type="dxa"/>
          </w:tcPr>
          <w:p w14:paraId="370D8725" w14:textId="77777777" w:rsidR="008833EB" w:rsidRDefault="0029380D">
            <w:r>
              <w:rPr>
                <w:b/>
              </w:rPr>
              <w:t>Klase / grupa</w:t>
            </w:r>
          </w:p>
        </w:tc>
        <w:tc>
          <w:tcPr>
            <w:tcW w:w="2550" w:type="dxa"/>
          </w:tcPr>
          <w:p w14:paraId="1D065755" w14:textId="77777777" w:rsidR="008833EB" w:rsidRDefault="0029380D">
            <w:r>
              <w:rPr>
                <w:b/>
              </w:rPr>
              <w:t>Komandas nosaukums</w:t>
            </w:r>
          </w:p>
        </w:tc>
        <w:tc>
          <w:tcPr>
            <w:tcW w:w="2550" w:type="dxa"/>
          </w:tcPr>
          <w:p w14:paraId="175116E5" w14:textId="77777777" w:rsidR="008833EB" w:rsidRDefault="0029380D">
            <w:r>
              <w:rPr>
                <w:b/>
              </w:rPr>
              <w:t>Komandas loma</w:t>
            </w:r>
          </w:p>
        </w:tc>
        <w:tc>
          <w:tcPr>
            <w:tcW w:w="2550" w:type="dxa"/>
          </w:tcPr>
          <w:p w14:paraId="1CE81FD1" w14:textId="77777777" w:rsidR="008833EB" w:rsidRDefault="0029380D">
            <w:r>
              <w:rPr>
                <w:b/>
              </w:rPr>
              <w:t>Dalībnieki</w:t>
            </w:r>
          </w:p>
        </w:tc>
      </w:tr>
      <w:tr w:rsidR="008833EB" w14:paraId="2E053708" w14:textId="77777777">
        <w:trPr>
          <w:jc w:val="center"/>
        </w:trPr>
        <w:tc>
          <w:tcPr>
            <w:tcW w:w="2550" w:type="dxa"/>
            <w:vAlign w:val="center"/>
          </w:tcPr>
          <w:p w14:paraId="378ACB9B" w14:textId="77777777" w:rsidR="008833EB" w:rsidRDefault="0029380D">
            <w:r>
              <w:br/>
            </w:r>
          </w:p>
        </w:tc>
        <w:tc>
          <w:tcPr>
            <w:tcW w:w="2550" w:type="dxa"/>
            <w:vAlign w:val="center"/>
          </w:tcPr>
          <w:p w14:paraId="62B1BFD0" w14:textId="77777777" w:rsidR="008833EB" w:rsidRDefault="0029380D">
            <w:r>
              <w:br/>
            </w:r>
          </w:p>
        </w:tc>
        <w:tc>
          <w:tcPr>
            <w:tcW w:w="2550" w:type="dxa"/>
            <w:vAlign w:val="center"/>
          </w:tcPr>
          <w:p w14:paraId="58188BD7" w14:textId="77777777" w:rsidR="008833EB" w:rsidRDefault="0029380D">
            <w:r>
              <w:br/>
            </w:r>
          </w:p>
        </w:tc>
        <w:tc>
          <w:tcPr>
            <w:tcW w:w="2550" w:type="dxa"/>
            <w:vAlign w:val="center"/>
          </w:tcPr>
          <w:p w14:paraId="40B9ABEB" w14:textId="77777777" w:rsidR="008833EB" w:rsidRDefault="0029380D">
            <w:r>
              <w:br/>
            </w:r>
          </w:p>
        </w:tc>
      </w:tr>
    </w:tbl>
    <w:p w14:paraId="191CED86" w14:textId="77777777" w:rsidR="008833EB" w:rsidRDefault="008833EB"/>
    <w:p w14:paraId="05D0E954" w14:textId="77777777" w:rsidR="008833EB" w:rsidRDefault="0029380D">
      <w:r>
        <w:rPr>
          <w:b/>
          <w:sz w:val="26"/>
        </w:rPr>
        <w:t>1. MŪSU LOMA ENERGOKOPIENĀ</w:t>
      </w:r>
    </w:p>
    <w:p w14:paraId="3A93DF1B" w14:textId="77777777" w:rsidR="008833EB" w:rsidRDefault="0029380D">
      <w:r>
        <w:t>Katra komanda pārstāv noteiktu energokopienas dalībnieku. Iejūtieties savā lomā un domājiet, kādas ir jūsu vajadzības, iespējas un atbildība.</w:t>
      </w:r>
    </w:p>
    <w:p w14:paraId="55E2F35D" w14:textId="77777777" w:rsidR="008833EB" w:rsidRDefault="0029380D">
      <w:r>
        <w:t>Iespējamās lomas:</w:t>
      </w:r>
    </w:p>
    <w:p w14:paraId="7E9F077B" w14:textId="77777777" w:rsidR="008833EB" w:rsidRDefault="0029380D">
      <w:r>
        <w:t>☐ pašvaldība    ☐ uzņēmējs    ☐ skolas direktors    ☐ jaunietis / jauniešu dome</w:t>
      </w:r>
      <w:r>
        <w:br/>
        <w:t>☐ enerģētikas uzņēmums    ☐ vientuļa pensionāre    ☐ daudzbērnu ģimene    ☐ cita: __________</w:t>
      </w:r>
    </w:p>
    <w:p w14:paraId="35EEEB93" w14:textId="77777777" w:rsidR="008833EB" w:rsidRDefault="0029380D">
      <w:r>
        <w:t>Mūsu lomas galvenās intereses un vajadzības:</w:t>
      </w:r>
    </w:p>
    <w:p w14:paraId="29D043D7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35C755FD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3B3A9E4E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52D7F68B" w14:textId="77777777" w:rsidR="008833EB" w:rsidRDefault="0029380D">
      <w:r>
        <w:t>Ko mēs varam dot energokopienai? (zināšanas, idejas, finansējumu, darbu, ietekmi u. c.)</w:t>
      </w:r>
    </w:p>
    <w:p w14:paraId="421A1507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7DA581E9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5175B5B7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2BC900E1" w14:textId="77777777" w:rsidR="008833EB" w:rsidRDefault="0029380D">
      <w:r>
        <w:t>Ko mēs sagaidām no pārējiem energokopienas dalībniekiem?</w:t>
      </w:r>
    </w:p>
    <w:p w14:paraId="59337195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259943A9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03C57EC5" w14:textId="77777777" w:rsidR="008833EB" w:rsidRDefault="0029380D">
      <w:r>
        <w:rPr>
          <w:b/>
          <w:sz w:val="26"/>
        </w:rPr>
        <w:t>2. KĀ MĒS RAŽOTU ENERĢIJU?</w:t>
      </w:r>
    </w:p>
    <w:p w14:paraId="4A9CECE9" w14:textId="77777777" w:rsidR="008833EB" w:rsidRDefault="0029380D">
      <w:r>
        <w:t>Izvērtējiet iespējamos risinājumus Babītes vidusskolai. Padomājiet par izmaksām, ieguvumiem, pieejamo vietu, ietekmi uz vidi un ilgtermiņa ieguvumiem.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40"/>
        <w:gridCol w:w="2040"/>
        <w:gridCol w:w="2040"/>
        <w:gridCol w:w="2040"/>
        <w:gridCol w:w="2040"/>
      </w:tblGrid>
      <w:tr w:rsidR="008833EB" w14:paraId="0EB2B920" w14:textId="77777777">
        <w:trPr>
          <w:jc w:val="center"/>
        </w:trPr>
        <w:tc>
          <w:tcPr>
            <w:tcW w:w="2040" w:type="dxa"/>
          </w:tcPr>
          <w:p w14:paraId="013979F8" w14:textId="77777777" w:rsidR="008833EB" w:rsidRDefault="0029380D">
            <w:r>
              <w:rPr>
                <w:b/>
              </w:rPr>
              <w:t>Risinājums</w:t>
            </w:r>
          </w:p>
        </w:tc>
        <w:tc>
          <w:tcPr>
            <w:tcW w:w="2040" w:type="dxa"/>
          </w:tcPr>
          <w:p w14:paraId="1508D1F9" w14:textId="77777777" w:rsidR="008833EB" w:rsidRDefault="0029380D">
            <w:r>
              <w:rPr>
                <w:b/>
              </w:rPr>
              <w:t>Ieguvumi</w:t>
            </w:r>
          </w:p>
        </w:tc>
        <w:tc>
          <w:tcPr>
            <w:tcW w:w="2040" w:type="dxa"/>
          </w:tcPr>
          <w:p w14:paraId="0E6BFDC0" w14:textId="77777777" w:rsidR="008833EB" w:rsidRDefault="0029380D">
            <w:r>
              <w:rPr>
                <w:b/>
              </w:rPr>
              <w:t>Ierobežojumi / riski</w:t>
            </w:r>
          </w:p>
        </w:tc>
        <w:tc>
          <w:tcPr>
            <w:tcW w:w="2040" w:type="dxa"/>
          </w:tcPr>
          <w:p w14:paraId="5FF267E2" w14:textId="77777777" w:rsidR="008833EB" w:rsidRDefault="0029380D">
            <w:r>
              <w:rPr>
                <w:b/>
              </w:rPr>
              <w:t>Izmaksas</w:t>
            </w:r>
          </w:p>
        </w:tc>
        <w:tc>
          <w:tcPr>
            <w:tcW w:w="2040" w:type="dxa"/>
          </w:tcPr>
          <w:p w14:paraId="718822FA" w14:textId="77777777" w:rsidR="008833EB" w:rsidRDefault="0029380D">
            <w:r>
              <w:rPr>
                <w:b/>
              </w:rPr>
              <w:t>Mūsu vērtējums</w:t>
            </w:r>
          </w:p>
        </w:tc>
      </w:tr>
      <w:tr w:rsidR="008833EB" w14:paraId="6CF980F6" w14:textId="77777777">
        <w:trPr>
          <w:jc w:val="center"/>
        </w:trPr>
        <w:tc>
          <w:tcPr>
            <w:tcW w:w="2040" w:type="dxa"/>
          </w:tcPr>
          <w:p w14:paraId="7974AE1A" w14:textId="77777777" w:rsidR="008833EB" w:rsidRDefault="0029380D">
            <w:r>
              <w:t>Saules enerģija</w:t>
            </w:r>
          </w:p>
        </w:tc>
        <w:tc>
          <w:tcPr>
            <w:tcW w:w="2040" w:type="dxa"/>
          </w:tcPr>
          <w:p w14:paraId="0C482577" w14:textId="77777777" w:rsidR="008833EB" w:rsidRDefault="0029380D">
            <w:r>
              <w:br/>
            </w:r>
            <w:r>
              <w:br/>
            </w:r>
          </w:p>
        </w:tc>
        <w:tc>
          <w:tcPr>
            <w:tcW w:w="2040" w:type="dxa"/>
          </w:tcPr>
          <w:p w14:paraId="46D2102F" w14:textId="77777777" w:rsidR="008833EB" w:rsidRDefault="0029380D">
            <w:r>
              <w:br/>
            </w:r>
            <w:r>
              <w:br/>
            </w:r>
          </w:p>
        </w:tc>
        <w:tc>
          <w:tcPr>
            <w:tcW w:w="2040" w:type="dxa"/>
          </w:tcPr>
          <w:p w14:paraId="03C3BFA2" w14:textId="77777777" w:rsidR="008833EB" w:rsidRDefault="0029380D">
            <w:r>
              <w:br/>
            </w:r>
            <w:r>
              <w:br/>
            </w:r>
          </w:p>
        </w:tc>
        <w:tc>
          <w:tcPr>
            <w:tcW w:w="2040" w:type="dxa"/>
          </w:tcPr>
          <w:p w14:paraId="079B5431" w14:textId="77777777" w:rsidR="008833EB" w:rsidRDefault="0029380D">
            <w:r>
              <w:br/>
            </w:r>
            <w:r>
              <w:br/>
            </w:r>
          </w:p>
        </w:tc>
      </w:tr>
      <w:tr w:rsidR="008833EB" w14:paraId="4AA4300C" w14:textId="77777777">
        <w:trPr>
          <w:jc w:val="center"/>
        </w:trPr>
        <w:tc>
          <w:tcPr>
            <w:tcW w:w="2040" w:type="dxa"/>
          </w:tcPr>
          <w:p w14:paraId="3AD5612B" w14:textId="77777777" w:rsidR="008833EB" w:rsidRDefault="0029380D">
            <w:r>
              <w:lastRenderedPageBreak/>
              <w:t>Vēja enerģija</w:t>
            </w:r>
          </w:p>
        </w:tc>
        <w:tc>
          <w:tcPr>
            <w:tcW w:w="2040" w:type="dxa"/>
          </w:tcPr>
          <w:p w14:paraId="26FD7594" w14:textId="77777777" w:rsidR="008833EB" w:rsidRDefault="0029380D">
            <w:r>
              <w:br/>
            </w:r>
            <w:r>
              <w:br/>
            </w:r>
          </w:p>
        </w:tc>
        <w:tc>
          <w:tcPr>
            <w:tcW w:w="2040" w:type="dxa"/>
          </w:tcPr>
          <w:p w14:paraId="64948921" w14:textId="77777777" w:rsidR="008833EB" w:rsidRDefault="0029380D">
            <w:r>
              <w:br/>
            </w:r>
            <w:r>
              <w:br/>
            </w:r>
          </w:p>
        </w:tc>
        <w:tc>
          <w:tcPr>
            <w:tcW w:w="2040" w:type="dxa"/>
          </w:tcPr>
          <w:p w14:paraId="315D9314" w14:textId="77777777" w:rsidR="008833EB" w:rsidRDefault="0029380D">
            <w:r>
              <w:br/>
            </w:r>
            <w:r>
              <w:br/>
            </w:r>
          </w:p>
        </w:tc>
        <w:tc>
          <w:tcPr>
            <w:tcW w:w="2040" w:type="dxa"/>
          </w:tcPr>
          <w:p w14:paraId="6DE022CE" w14:textId="77777777" w:rsidR="008833EB" w:rsidRDefault="0029380D">
            <w:r>
              <w:br/>
            </w:r>
            <w:r>
              <w:br/>
            </w:r>
          </w:p>
        </w:tc>
      </w:tr>
      <w:tr w:rsidR="008833EB" w14:paraId="1512EA99" w14:textId="77777777">
        <w:trPr>
          <w:jc w:val="center"/>
        </w:trPr>
        <w:tc>
          <w:tcPr>
            <w:tcW w:w="2040" w:type="dxa"/>
          </w:tcPr>
          <w:p w14:paraId="17D415E7" w14:textId="77777777" w:rsidR="008833EB" w:rsidRDefault="0029380D">
            <w:r>
              <w:t>Cits ilgtspējīgs risinājums</w:t>
            </w:r>
          </w:p>
        </w:tc>
        <w:tc>
          <w:tcPr>
            <w:tcW w:w="2040" w:type="dxa"/>
          </w:tcPr>
          <w:p w14:paraId="3E58F4B8" w14:textId="77777777" w:rsidR="008833EB" w:rsidRDefault="0029380D">
            <w:r>
              <w:br/>
            </w:r>
            <w:r>
              <w:br/>
            </w:r>
          </w:p>
        </w:tc>
        <w:tc>
          <w:tcPr>
            <w:tcW w:w="2040" w:type="dxa"/>
          </w:tcPr>
          <w:p w14:paraId="75B0FA5A" w14:textId="77777777" w:rsidR="008833EB" w:rsidRDefault="0029380D">
            <w:r>
              <w:br/>
            </w:r>
            <w:r>
              <w:br/>
            </w:r>
          </w:p>
        </w:tc>
        <w:tc>
          <w:tcPr>
            <w:tcW w:w="2040" w:type="dxa"/>
          </w:tcPr>
          <w:p w14:paraId="218141CA" w14:textId="77777777" w:rsidR="008833EB" w:rsidRDefault="0029380D">
            <w:r>
              <w:br/>
            </w:r>
            <w:r>
              <w:br/>
            </w:r>
          </w:p>
        </w:tc>
        <w:tc>
          <w:tcPr>
            <w:tcW w:w="2040" w:type="dxa"/>
          </w:tcPr>
          <w:p w14:paraId="76C595DB" w14:textId="77777777" w:rsidR="008833EB" w:rsidRDefault="0029380D">
            <w:r>
              <w:br/>
            </w:r>
            <w:r>
              <w:br/>
            </w:r>
          </w:p>
        </w:tc>
      </w:tr>
    </w:tbl>
    <w:p w14:paraId="11BEA2C3" w14:textId="77777777" w:rsidR="008833EB" w:rsidRDefault="008833EB"/>
    <w:p w14:paraId="5976C8A3" w14:textId="77777777" w:rsidR="008833EB" w:rsidRDefault="0029380D">
      <w:r>
        <w:t>MŪSU IZVĒLE</w:t>
      </w:r>
    </w:p>
    <w:p w14:paraId="3CFBFF17" w14:textId="77777777" w:rsidR="008833EB" w:rsidRDefault="0029380D">
      <w:r>
        <w:rPr>
          <w:b/>
        </w:rPr>
        <w:t>Reālākais risinājums Babītes vidusskolai: ______________________________________________</w:t>
      </w:r>
    </w:p>
    <w:p w14:paraId="2A75E215" w14:textId="77777777" w:rsidR="008833EB" w:rsidRDefault="0029380D">
      <w:r>
        <w:t>Mēs šo risinājumu izvēlamies, jo:</w:t>
      </w:r>
    </w:p>
    <w:p w14:paraId="076F1979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4C30E244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0A652419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65267AF1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104761AB" w14:textId="77777777" w:rsidR="008833EB" w:rsidRDefault="0029380D">
      <w:r>
        <w:t>Kas būtu nepieciešams, lai šo risinājumu īstenotu?</w:t>
      </w:r>
    </w:p>
    <w:p w14:paraId="1D7AA91A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05B604F8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32E94C40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3B1F08E5" w14:textId="77777777" w:rsidR="008833EB" w:rsidRDefault="0029380D">
      <w:r>
        <w:rPr>
          <w:b/>
          <w:sz w:val="26"/>
        </w:rPr>
        <w:t>3. KĀ MĒS TAUPĪTU ENERĢIJU?</w:t>
      </w:r>
    </w:p>
    <w:p w14:paraId="30A50445" w14:textId="77777777" w:rsidR="008833EB" w:rsidRDefault="0029380D">
      <w:r>
        <w:t>Izstrādājiet Babītes vidusskolas Enerģijas taupīšanas kodeksu — īsas, skaidras un izpildāmas vienošanās, kuras varētu ievērot visa skolas kopiena.</w:t>
      </w:r>
    </w:p>
    <w:p w14:paraId="45A1A50E" w14:textId="77777777" w:rsidR="008833EB" w:rsidRDefault="0029380D">
      <w:r>
        <w:t>Piemērs: „Mēs neatstājam degošu gaismu tukšā telpā.“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8833EB" w14:paraId="4CFB5489" w14:textId="77777777">
        <w:trPr>
          <w:jc w:val="center"/>
        </w:trPr>
        <w:tc>
          <w:tcPr>
            <w:tcW w:w="5100" w:type="dxa"/>
          </w:tcPr>
          <w:p w14:paraId="6545E9B1" w14:textId="77777777" w:rsidR="008833EB" w:rsidRDefault="0029380D">
            <w:r>
              <w:rPr>
                <w:b/>
              </w:rPr>
              <w:t>MŪSU VIENOŠANĀS</w:t>
            </w:r>
          </w:p>
        </w:tc>
        <w:tc>
          <w:tcPr>
            <w:tcW w:w="5100" w:type="dxa"/>
          </w:tcPr>
          <w:p w14:paraId="462322D0" w14:textId="77777777" w:rsidR="008833EB" w:rsidRDefault="0029380D">
            <w:r>
              <w:rPr>
                <w:b/>
              </w:rPr>
              <w:t>KĀPĒC TAS IR SVARĪGI?</w:t>
            </w:r>
          </w:p>
        </w:tc>
      </w:tr>
      <w:tr w:rsidR="008833EB" w14:paraId="514A2336" w14:textId="77777777">
        <w:trPr>
          <w:jc w:val="center"/>
        </w:trPr>
        <w:tc>
          <w:tcPr>
            <w:tcW w:w="5100" w:type="dxa"/>
          </w:tcPr>
          <w:p w14:paraId="60E6F6D7" w14:textId="77777777" w:rsidR="008833EB" w:rsidRDefault="0029380D">
            <w:r>
              <w:t>Mēs ______________________________________________</w:t>
            </w:r>
          </w:p>
        </w:tc>
        <w:tc>
          <w:tcPr>
            <w:tcW w:w="5100" w:type="dxa"/>
          </w:tcPr>
          <w:p w14:paraId="1798859A" w14:textId="77777777" w:rsidR="008833EB" w:rsidRDefault="008833EB"/>
        </w:tc>
      </w:tr>
      <w:tr w:rsidR="008833EB" w14:paraId="5BA532E8" w14:textId="77777777">
        <w:trPr>
          <w:jc w:val="center"/>
        </w:trPr>
        <w:tc>
          <w:tcPr>
            <w:tcW w:w="5100" w:type="dxa"/>
          </w:tcPr>
          <w:p w14:paraId="2435A649" w14:textId="77777777" w:rsidR="008833EB" w:rsidRDefault="0029380D">
            <w:r>
              <w:t>Mēs ______________________________________________</w:t>
            </w:r>
          </w:p>
        </w:tc>
        <w:tc>
          <w:tcPr>
            <w:tcW w:w="5100" w:type="dxa"/>
          </w:tcPr>
          <w:p w14:paraId="393905ED" w14:textId="77777777" w:rsidR="008833EB" w:rsidRDefault="008833EB"/>
        </w:tc>
      </w:tr>
      <w:tr w:rsidR="008833EB" w14:paraId="4BAF412F" w14:textId="77777777">
        <w:trPr>
          <w:jc w:val="center"/>
        </w:trPr>
        <w:tc>
          <w:tcPr>
            <w:tcW w:w="5100" w:type="dxa"/>
          </w:tcPr>
          <w:p w14:paraId="6B9ED801" w14:textId="77777777" w:rsidR="008833EB" w:rsidRDefault="0029380D">
            <w:r>
              <w:t>Mēs ______________________________________________</w:t>
            </w:r>
          </w:p>
        </w:tc>
        <w:tc>
          <w:tcPr>
            <w:tcW w:w="5100" w:type="dxa"/>
          </w:tcPr>
          <w:p w14:paraId="47D18384" w14:textId="77777777" w:rsidR="008833EB" w:rsidRDefault="008833EB"/>
        </w:tc>
      </w:tr>
      <w:tr w:rsidR="008833EB" w14:paraId="79AC0646" w14:textId="77777777">
        <w:trPr>
          <w:jc w:val="center"/>
        </w:trPr>
        <w:tc>
          <w:tcPr>
            <w:tcW w:w="5100" w:type="dxa"/>
          </w:tcPr>
          <w:p w14:paraId="1D6486F0" w14:textId="77777777" w:rsidR="008833EB" w:rsidRDefault="0029380D">
            <w:r>
              <w:t>Mēs ______________________________________________</w:t>
            </w:r>
          </w:p>
        </w:tc>
        <w:tc>
          <w:tcPr>
            <w:tcW w:w="5100" w:type="dxa"/>
          </w:tcPr>
          <w:p w14:paraId="34995704" w14:textId="77777777" w:rsidR="008833EB" w:rsidRDefault="008833EB"/>
        </w:tc>
      </w:tr>
      <w:tr w:rsidR="008833EB" w14:paraId="0CA2753E" w14:textId="77777777">
        <w:trPr>
          <w:jc w:val="center"/>
        </w:trPr>
        <w:tc>
          <w:tcPr>
            <w:tcW w:w="5100" w:type="dxa"/>
          </w:tcPr>
          <w:p w14:paraId="577992C1" w14:textId="77777777" w:rsidR="008833EB" w:rsidRDefault="0029380D">
            <w:r>
              <w:t>Mēs ______________________________________________</w:t>
            </w:r>
          </w:p>
        </w:tc>
        <w:tc>
          <w:tcPr>
            <w:tcW w:w="5100" w:type="dxa"/>
          </w:tcPr>
          <w:p w14:paraId="6DFFE288" w14:textId="77777777" w:rsidR="008833EB" w:rsidRDefault="008833EB"/>
        </w:tc>
      </w:tr>
      <w:tr w:rsidR="008833EB" w14:paraId="7BB5B831" w14:textId="77777777">
        <w:trPr>
          <w:jc w:val="center"/>
        </w:trPr>
        <w:tc>
          <w:tcPr>
            <w:tcW w:w="5100" w:type="dxa"/>
          </w:tcPr>
          <w:p w14:paraId="4F788C7C" w14:textId="77777777" w:rsidR="008833EB" w:rsidRDefault="0029380D">
            <w:r>
              <w:t>Mēs ______________________________________________</w:t>
            </w:r>
          </w:p>
        </w:tc>
        <w:tc>
          <w:tcPr>
            <w:tcW w:w="5100" w:type="dxa"/>
          </w:tcPr>
          <w:p w14:paraId="5EB25D64" w14:textId="77777777" w:rsidR="008833EB" w:rsidRDefault="008833EB"/>
        </w:tc>
      </w:tr>
      <w:tr w:rsidR="008833EB" w14:paraId="2714932A" w14:textId="77777777">
        <w:trPr>
          <w:jc w:val="center"/>
        </w:trPr>
        <w:tc>
          <w:tcPr>
            <w:tcW w:w="5100" w:type="dxa"/>
          </w:tcPr>
          <w:p w14:paraId="05681B1A" w14:textId="77777777" w:rsidR="008833EB" w:rsidRDefault="0029380D">
            <w:r>
              <w:t>Mēs ______________________________________________</w:t>
            </w:r>
          </w:p>
        </w:tc>
        <w:tc>
          <w:tcPr>
            <w:tcW w:w="5100" w:type="dxa"/>
          </w:tcPr>
          <w:p w14:paraId="05E46C1F" w14:textId="77777777" w:rsidR="008833EB" w:rsidRDefault="008833EB"/>
        </w:tc>
      </w:tr>
    </w:tbl>
    <w:p w14:paraId="5B5E8B0C" w14:textId="77777777" w:rsidR="008833EB" w:rsidRDefault="008833EB"/>
    <w:p w14:paraId="55092E90" w14:textId="77777777" w:rsidR="008833EB" w:rsidRDefault="0029380D">
      <w:r>
        <w:t>Mūsu 3 svarīgākie principi, kurus būtu jāievēro visiem:</w:t>
      </w:r>
    </w:p>
    <w:p w14:paraId="5C4C3708" w14:textId="77777777" w:rsidR="008833EB" w:rsidRDefault="0029380D">
      <w:r>
        <w:rPr>
          <w:b/>
        </w:rPr>
        <w:t xml:space="preserve">1. </w:t>
      </w:r>
      <w:r>
        <w:t>________________________________________________________________________</w:t>
      </w:r>
    </w:p>
    <w:p w14:paraId="72E81D3F" w14:textId="77777777" w:rsidR="008833EB" w:rsidRDefault="0029380D">
      <w:r>
        <w:rPr>
          <w:b/>
        </w:rPr>
        <w:t xml:space="preserve">2. </w:t>
      </w:r>
      <w:r>
        <w:t>________________________________________________________________________</w:t>
      </w:r>
    </w:p>
    <w:p w14:paraId="4DB6F6F1" w14:textId="77777777" w:rsidR="008833EB" w:rsidRDefault="0029380D">
      <w:r>
        <w:rPr>
          <w:b/>
        </w:rPr>
        <w:t xml:space="preserve">3. </w:t>
      </w:r>
      <w:r>
        <w:t>________________________________________________________________________</w:t>
      </w:r>
    </w:p>
    <w:p w14:paraId="7F2C5B88" w14:textId="77777777" w:rsidR="008833EB" w:rsidRDefault="0029380D">
      <w:r>
        <w:rPr>
          <w:b/>
          <w:sz w:val="26"/>
        </w:rPr>
        <w:t>4. MŪSU ENERGOKOPIENAS VIENOŠANĀS</w:t>
      </w:r>
    </w:p>
    <w:p w14:paraId="63C06465" w14:textId="77777777" w:rsidR="008833EB" w:rsidRDefault="0029380D">
      <w:r>
        <w:lastRenderedPageBreak/>
        <w:t>Ja mēs varētu īstenot tikai vienu pārmaiņu jau rīt, tā būtu:</w:t>
      </w:r>
    </w:p>
    <w:p w14:paraId="66D8576C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149EB72F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27E63D99" w14:textId="77777777" w:rsidR="008833EB" w:rsidRDefault="0029380D">
      <w:r>
        <w:t>Kas par šo pārmaiņu būs atbildīgs? _________________________________________________</w:t>
      </w:r>
    </w:p>
    <w:p w14:paraId="46D5E0E9" w14:textId="77777777" w:rsidR="008833EB" w:rsidRDefault="0029380D">
      <w:r>
        <w:t>Kā mēs zināsim, ka pārmaiņa darbojas? ______________________________________________</w:t>
      </w:r>
    </w:p>
    <w:p w14:paraId="16222BAE" w14:textId="77777777" w:rsidR="008833EB" w:rsidRDefault="0029380D">
      <w:r>
        <w:t>Mūsu komandas sauklis / aicinājums energokopienai:</w:t>
      </w:r>
    </w:p>
    <w:p w14:paraId="37F26E4E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6A7E73BC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102AE57E" w14:textId="77777777" w:rsidR="008833EB" w:rsidRDefault="0029380D">
      <w:r>
        <w:rPr>
          <w:b/>
          <w:sz w:val="26"/>
        </w:rPr>
        <w:t>5. KOMANDAS NOSLĒGUMA SECINĀJUMS</w:t>
      </w:r>
    </w:p>
    <w:p w14:paraId="58B2BF5B" w14:textId="77777777" w:rsidR="008833EB" w:rsidRDefault="0029380D">
      <w:r>
        <w:t>Pabeidziet teikumu: „Energoefektīva Babītes vidusskola sākas ar…“</w:t>
      </w:r>
    </w:p>
    <w:p w14:paraId="5C63E2D2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7F01672E" w14:textId="77777777" w:rsidR="008833EB" w:rsidRDefault="0029380D">
      <w:pPr>
        <w:spacing w:after="40"/>
      </w:pPr>
      <w:r>
        <w:t>________________________________________________________________________________</w:t>
      </w:r>
    </w:p>
    <w:p w14:paraId="73E04831" w14:textId="77777777" w:rsidR="008833EB" w:rsidRDefault="0029380D">
      <w:pPr>
        <w:spacing w:after="40"/>
      </w:pPr>
      <w:r>
        <w:t>________________________________________________________________________________</w:t>
      </w:r>
    </w:p>
    <w:sectPr w:rsidR="008833EB" w:rsidSect="00B9239D">
      <w:headerReference w:type="default" r:id="rId8"/>
      <w:footerReference w:type="default" r:id="rId9"/>
      <w:pgSz w:w="12240" w:h="15840"/>
      <w:pgMar w:top="720" w:right="720" w:bottom="720" w:left="72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CD325A" w14:textId="77777777" w:rsidR="00483874" w:rsidRDefault="00483874">
      <w:pPr>
        <w:spacing w:after="0" w:line="240" w:lineRule="auto"/>
      </w:pPr>
      <w:r>
        <w:separator/>
      </w:r>
    </w:p>
  </w:endnote>
  <w:endnote w:type="continuationSeparator" w:id="0">
    <w:p w14:paraId="3F867E1D" w14:textId="77777777" w:rsidR="00483874" w:rsidRDefault="004838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32F2E7" w14:textId="77777777" w:rsidR="008833EB" w:rsidRDefault="0029380D">
    <w:pPr>
      <w:pStyle w:val="Footer"/>
      <w:jc w:val="center"/>
    </w:pPr>
    <w:r>
      <w:rPr>
        <w:i/>
        <w:sz w:val="18"/>
      </w:rPr>
      <w:t>Babītes vidusskola – augam kopā!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220666D" w14:textId="77777777" w:rsidR="00483874" w:rsidRDefault="00483874">
      <w:pPr>
        <w:spacing w:after="0" w:line="240" w:lineRule="auto"/>
      </w:pPr>
      <w:r>
        <w:separator/>
      </w:r>
    </w:p>
  </w:footnote>
  <w:footnote w:type="continuationSeparator" w:id="0">
    <w:p w14:paraId="7314F811" w14:textId="77777777" w:rsidR="00483874" w:rsidRDefault="004838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B85E52" w14:textId="1C7E91C0" w:rsidR="00B9239D" w:rsidRDefault="00B9239D" w:rsidP="00B9239D">
    <w:pPr>
      <w:pStyle w:val="Header"/>
      <w:jc w:val="center"/>
    </w:pPr>
    <w:r>
      <w:rPr>
        <w:rFonts w:ascii="Times New Roman" w:hAnsi="Times New Roman"/>
        <w:b/>
        <w:noProof/>
        <w:sz w:val="28"/>
        <w:szCs w:val="28"/>
      </w:rPr>
      <w:drawing>
        <wp:inline distT="0" distB="0" distL="0" distR="0" wp14:anchorId="3EAA325D" wp14:editId="225AFBCB">
          <wp:extent cx="6296025" cy="904875"/>
          <wp:effectExtent l="0" t="0" r="0" b="0"/>
          <wp:docPr id="11501876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602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3985419">
    <w:abstractNumId w:val="8"/>
  </w:num>
  <w:num w:numId="2" w16cid:durableId="634524958">
    <w:abstractNumId w:val="6"/>
  </w:num>
  <w:num w:numId="3" w16cid:durableId="2087218464">
    <w:abstractNumId w:val="5"/>
  </w:num>
  <w:num w:numId="4" w16cid:durableId="1802914946">
    <w:abstractNumId w:val="4"/>
  </w:num>
  <w:num w:numId="5" w16cid:durableId="1796874412">
    <w:abstractNumId w:val="7"/>
  </w:num>
  <w:num w:numId="6" w16cid:durableId="1273198783">
    <w:abstractNumId w:val="3"/>
  </w:num>
  <w:num w:numId="7" w16cid:durableId="930822574">
    <w:abstractNumId w:val="2"/>
  </w:num>
  <w:num w:numId="8" w16cid:durableId="660621365">
    <w:abstractNumId w:val="1"/>
  </w:num>
  <w:num w:numId="9" w16cid:durableId="8253929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370B"/>
    <w:rsid w:val="0029380D"/>
    <w:rsid w:val="0029639D"/>
    <w:rsid w:val="00326F90"/>
    <w:rsid w:val="00483874"/>
    <w:rsid w:val="005F23ED"/>
    <w:rsid w:val="006650C6"/>
    <w:rsid w:val="008833EB"/>
    <w:rsid w:val="00AA1D8D"/>
    <w:rsid w:val="00B0638B"/>
    <w:rsid w:val="00B47730"/>
    <w:rsid w:val="00B9239D"/>
    <w:rsid w:val="00C97FDD"/>
    <w:rsid w:val="00CB0664"/>
    <w:rsid w:val="00D67C7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C690D5"/>
  <w14:defaultImageDpi w14:val="300"/>
  <w15:docId w15:val="{5AE43DE4-B043-4F23-AE5E-3BA6433C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CC33D35-E0EC-4EFB-BAA3-0F96FCE2A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4358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Inga Brieze</cp:lastModifiedBy>
  <cp:revision>2</cp:revision>
  <dcterms:created xsi:type="dcterms:W3CDTF">2026-09-30T05:34:00Z</dcterms:created>
  <dcterms:modified xsi:type="dcterms:W3CDTF">2026-09-30T05:34:00Z</dcterms:modified>
  <cp:category/>
</cp:coreProperties>
</file>