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79BD20" w14:textId="77777777" w:rsidR="00ED18FB" w:rsidRDefault="009C120C" w:rsidP="00702E7E">
      <w:pPr>
        <w:spacing w:after="0"/>
        <w:jc w:val="center"/>
      </w:pPr>
      <w:r>
        <w:rPr>
          <w:b/>
          <w:sz w:val="32"/>
        </w:rPr>
        <w:t>BABĪTES VIDUSSKOLA</w:t>
      </w:r>
    </w:p>
    <w:p w14:paraId="5D595894" w14:textId="77777777" w:rsidR="00ED18FB" w:rsidRDefault="009C120C" w:rsidP="00702E7E">
      <w:pPr>
        <w:spacing w:after="0"/>
        <w:jc w:val="center"/>
      </w:pPr>
      <w:r>
        <w:rPr>
          <w:b/>
          <w:sz w:val="28"/>
        </w:rPr>
        <w:t>ENERĢIJAS AUDITA LAPA</w:t>
      </w:r>
    </w:p>
    <w:p w14:paraId="47A80B71" w14:textId="77777777" w:rsidR="00ED18FB" w:rsidRDefault="009C120C">
      <w:pPr>
        <w:jc w:val="center"/>
      </w:pPr>
      <w:r>
        <w:rPr>
          <w:i/>
          <w:sz w:val="20"/>
        </w:rPr>
        <w:t>Skola kā energokopiena • “Augam kopā!”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8"/>
        <w:gridCol w:w="2717"/>
        <w:gridCol w:w="2718"/>
        <w:gridCol w:w="2717"/>
      </w:tblGrid>
      <w:tr w:rsidR="00ED18FB" w14:paraId="59167689" w14:textId="77777777">
        <w:trPr>
          <w:jc w:val="center"/>
        </w:trPr>
        <w:tc>
          <w:tcPr>
            <w:tcW w:w="2720" w:type="dxa"/>
          </w:tcPr>
          <w:p w14:paraId="14CBDA8D" w14:textId="77777777" w:rsidR="00ED18FB" w:rsidRDefault="009C120C">
            <w:r>
              <w:rPr>
                <w:b/>
              </w:rPr>
              <w:t>Audita grupa:</w:t>
            </w:r>
          </w:p>
        </w:tc>
        <w:tc>
          <w:tcPr>
            <w:tcW w:w="2720" w:type="dxa"/>
          </w:tcPr>
          <w:p w14:paraId="6B8C074C" w14:textId="77777777" w:rsidR="00ED18FB" w:rsidRDefault="00ED18FB"/>
        </w:tc>
        <w:tc>
          <w:tcPr>
            <w:tcW w:w="2720" w:type="dxa"/>
          </w:tcPr>
          <w:p w14:paraId="7600D1A9" w14:textId="77777777" w:rsidR="00ED18FB" w:rsidRDefault="009C120C">
            <w:r>
              <w:rPr>
                <w:b/>
              </w:rPr>
              <w:t>Datums</w:t>
            </w:r>
            <w:r w:rsidR="0030431D">
              <w:rPr>
                <w:b/>
              </w:rPr>
              <w:t>/laiks</w:t>
            </w:r>
            <w:r>
              <w:rPr>
                <w:b/>
              </w:rPr>
              <w:t>:</w:t>
            </w:r>
          </w:p>
        </w:tc>
        <w:tc>
          <w:tcPr>
            <w:tcW w:w="2720" w:type="dxa"/>
          </w:tcPr>
          <w:p w14:paraId="187845B2" w14:textId="77777777" w:rsidR="00ED18FB" w:rsidRDefault="00ED18FB"/>
        </w:tc>
      </w:tr>
      <w:tr w:rsidR="00ED18FB" w14:paraId="3973F4AC" w14:textId="77777777">
        <w:trPr>
          <w:jc w:val="center"/>
        </w:trPr>
        <w:tc>
          <w:tcPr>
            <w:tcW w:w="2720" w:type="dxa"/>
          </w:tcPr>
          <w:p w14:paraId="4DCE3A70" w14:textId="77777777" w:rsidR="00ED18FB" w:rsidRDefault="009C120C">
            <w:r>
              <w:rPr>
                <w:b/>
              </w:rPr>
              <w:t>Telpa / teritorija:</w:t>
            </w:r>
          </w:p>
        </w:tc>
        <w:tc>
          <w:tcPr>
            <w:tcW w:w="2720" w:type="dxa"/>
          </w:tcPr>
          <w:p w14:paraId="7BA4BE44" w14:textId="77777777" w:rsidR="00ED18FB" w:rsidRDefault="00ED18FB"/>
        </w:tc>
        <w:tc>
          <w:tcPr>
            <w:tcW w:w="2720" w:type="dxa"/>
          </w:tcPr>
          <w:p w14:paraId="7A241FE6" w14:textId="77777777" w:rsidR="00ED18FB" w:rsidRDefault="009C120C">
            <w:r>
              <w:rPr>
                <w:b/>
              </w:rPr>
              <w:t>Auditoru vārdi:</w:t>
            </w:r>
          </w:p>
        </w:tc>
        <w:tc>
          <w:tcPr>
            <w:tcW w:w="2720" w:type="dxa"/>
          </w:tcPr>
          <w:p w14:paraId="56E8BBA8" w14:textId="77777777" w:rsidR="00ED18FB" w:rsidRDefault="00ED18FB"/>
        </w:tc>
      </w:tr>
    </w:tbl>
    <w:p w14:paraId="307E3FC1" w14:textId="77777777" w:rsidR="00ED18FB" w:rsidRDefault="009C120C">
      <w:r>
        <w:t>Norādes: apskati telpu, veic novērojumus un atzīmē atbilstošo. Ja pamani problēmu, pieraksti iespējamo risinājumu.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3402"/>
        <w:gridCol w:w="567"/>
        <w:gridCol w:w="737"/>
        <w:gridCol w:w="643"/>
        <w:gridCol w:w="2835"/>
      </w:tblGrid>
      <w:tr w:rsidR="00ED18FB" w14:paraId="607740D9" w14:textId="77777777">
        <w:trPr>
          <w:jc w:val="center"/>
        </w:trPr>
        <w:tc>
          <w:tcPr>
            <w:tcW w:w="1134" w:type="dxa"/>
            <w:vAlign w:val="center"/>
          </w:tcPr>
          <w:p w14:paraId="76609DB6" w14:textId="77777777" w:rsidR="00ED18FB" w:rsidRDefault="009C120C">
            <w:r>
              <w:rPr>
                <w:b/>
                <w:sz w:val="16"/>
              </w:rPr>
              <w:t>Joma</w:t>
            </w:r>
          </w:p>
        </w:tc>
        <w:tc>
          <w:tcPr>
            <w:tcW w:w="3402" w:type="dxa"/>
            <w:vAlign w:val="center"/>
          </w:tcPr>
          <w:p w14:paraId="738F3DB5" w14:textId="77777777" w:rsidR="00ED18FB" w:rsidRDefault="009C120C">
            <w:r>
              <w:rPr>
                <w:b/>
                <w:sz w:val="16"/>
              </w:rPr>
              <w:t>Ko pārbaudām?</w:t>
            </w:r>
          </w:p>
        </w:tc>
        <w:tc>
          <w:tcPr>
            <w:tcW w:w="567" w:type="dxa"/>
            <w:vAlign w:val="center"/>
          </w:tcPr>
          <w:p w14:paraId="593F4CDA" w14:textId="77777777" w:rsidR="00ED18FB" w:rsidRDefault="0030431D">
            <w:r>
              <w:rPr>
                <w:b/>
                <w:sz w:val="16"/>
              </w:rPr>
              <w:t>Jā</w:t>
            </w:r>
          </w:p>
        </w:tc>
        <w:tc>
          <w:tcPr>
            <w:tcW w:w="737" w:type="dxa"/>
            <w:vAlign w:val="center"/>
          </w:tcPr>
          <w:p w14:paraId="6C742A06" w14:textId="77777777" w:rsidR="00ED18FB" w:rsidRDefault="0030431D">
            <w:r>
              <w:rPr>
                <w:b/>
                <w:sz w:val="16"/>
              </w:rPr>
              <w:t>Nē</w:t>
            </w:r>
          </w:p>
        </w:tc>
        <w:tc>
          <w:tcPr>
            <w:tcW w:w="624" w:type="dxa"/>
            <w:vAlign w:val="center"/>
          </w:tcPr>
          <w:p w14:paraId="3F7D186C" w14:textId="77777777" w:rsidR="00ED18FB" w:rsidRDefault="0030431D">
            <w:r>
              <w:rPr>
                <w:b/>
                <w:sz w:val="16"/>
              </w:rPr>
              <w:t>Daļēji</w:t>
            </w:r>
          </w:p>
        </w:tc>
        <w:tc>
          <w:tcPr>
            <w:tcW w:w="2835" w:type="dxa"/>
            <w:vAlign w:val="center"/>
          </w:tcPr>
          <w:p w14:paraId="3D1EC4F8" w14:textId="77777777" w:rsidR="00ED18FB" w:rsidRDefault="009C120C">
            <w:r>
              <w:rPr>
                <w:b/>
                <w:sz w:val="16"/>
              </w:rPr>
              <w:t>Novērojums / priekšlikums</w:t>
            </w:r>
          </w:p>
        </w:tc>
      </w:tr>
      <w:tr w:rsidR="00ED18FB" w14:paraId="30C3E6DD" w14:textId="77777777">
        <w:trPr>
          <w:jc w:val="center"/>
        </w:trPr>
        <w:tc>
          <w:tcPr>
            <w:tcW w:w="1134" w:type="dxa"/>
            <w:vAlign w:val="center"/>
          </w:tcPr>
          <w:p w14:paraId="59FFAE1B" w14:textId="77777777" w:rsidR="00ED18FB" w:rsidRDefault="009C120C">
            <w:r>
              <w:rPr>
                <w:b/>
                <w:sz w:val="16"/>
              </w:rPr>
              <w:t>ELEKTRĪBA</w:t>
            </w:r>
          </w:p>
        </w:tc>
        <w:tc>
          <w:tcPr>
            <w:tcW w:w="3402" w:type="dxa"/>
            <w:vAlign w:val="center"/>
          </w:tcPr>
          <w:p w14:paraId="40C72384" w14:textId="77777777" w:rsidR="00ED18FB" w:rsidRDefault="009C120C">
            <w:r>
              <w:rPr>
                <w:sz w:val="16"/>
              </w:rPr>
              <w:t>Vai telpā bez vajadzības deg gaisma?</w:t>
            </w:r>
          </w:p>
        </w:tc>
        <w:tc>
          <w:tcPr>
            <w:tcW w:w="567" w:type="dxa"/>
            <w:vAlign w:val="center"/>
          </w:tcPr>
          <w:p w14:paraId="32AA5366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4B4E3EBB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13C95B23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2EBA00F8" w14:textId="77777777" w:rsidR="00ED18FB" w:rsidRDefault="00ED18FB"/>
        </w:tc>
      </w:tr>
      <w:tr w:rsidR="00ED18FB" w14:paraId="51F92AD9" w14:textId="77777777">
        <w:trPr>
          <w:jc w:val="center"/>
        </w:trPr>
        <w:tc>
          <w:tcPr>
            <w:tcW w:w="1134" w:type="dxa"/>
            <w:vAlign w:val="center"/>
          </w:tcPr>
          <w:p w14:paraId="667C6BAC" w14:textId="77777777" w:rsidR="00ED18FB" w:rsidRDefault="00ED18FB"/>
        </w:tc>
        <w:tc>
          <w:tcPr>
            <w:tcW w:w="3402" w:type="dxa"/>
            <w:vAlign w:val="center"/>
          </w:tcPr>
          <w:p w14:paraId="4E3B98F3" w14:textId="77777777" w:rsidR="00ED18FB" w:rsidRDefault="009C120C">
            <w:r>
              <w:rPr>
                <w:sz w:val="16"/>
              </w:rPr>
              <w:t>Vai telpās tiek izmantots LED apgaismojums?</w:t>
            </w:r>
          </w:p>
        </w:tc>
        <w:tc>
          <w:tcPr>
            <w:tcW w:w="567" w:type="dxa"/>
            <w:vAlign w:val="center"/>
          </w:tcPr>
          <w:p w14:paraId="5F677898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1F8A42A7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162BB592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25E15EA8" w14:textId="77777777" w:rsidR="00ED18FB" w:rsidRDefault="00ED18FB"/>
        </w:tc>
      </w:tr>
      <w:tr w:rsidR="00ED18FB" w14:paraId="34126FC7" w14:textId="77777777">
        <w:trPr>
          <w:jc w:val="center"/>
        </w:trPr>
        <w:tc>
          <w:tcPr>
            <w:tcW w:w="1134" w:type="dxa"/>
            <w:vAlign w:val="center"/>
          </w:tcPr>
          <w:p w14:paraId="5EED9C2C" w14:textId="77777777" w:rsidR="00ED18FB" w:rsidRDefault="00ED18FB"/>
        </w:tc>
        <w:tc>
          <w:tcPr>
            <w:tcW w:w="3402" w:type="dxa"/>
            <w:vAlign w:val="center"/>
          </w:tcPr>
          <w:p w14:paraId="5C8D3FEA" w14:textId="77777777" w:rsidR="00ED18FB" w:rsidRDefault="009C120C">
            <w:r>
              <w:rPr>
                <w:sz w:val="16"/>
              </w:rPr>
              <w:t>Vai datori pēc darba tiek izslēgti?</w:t>
            </w:r>
          </w:p>
        </w:tc>
        <w:tc>
          <w:tcPr>
            <w:tcW w:w="567" w:type="dxa"/>
            <w:vAlign w:val="center"/>
          </w:tcPr>
          <w:p w14:paraId="31D9DE7B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0E38F2CC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39C734FB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2A4855DB" w14:textId="77777777" w:rsidR="00ED18FB" w:rsidRDefault="00ED18FB"/>
        </w:tc>
      </w:tr>
      <w:tr w:rsidR="00ED18FB" w14:paraId="4EAB8D0A" w14:textId="77777777">
        <w:trPr>
          <w:jc w:val="center"/>
        </w:trPr>
        <w:tc>
          <w:tcPr>
            <w:tcW w:w="1134" w:type="dxa"/>
            <w:vAlign w:val="center"/>
          </w:tcPr>
          <w:p w14:paraId="4256E821" w14:textId="77777777" w:rsidR="00ED18FB" w:rsidRDefault="00ED18FB"/>
        </w:tc>
        <w:tc>
          <w:tcPr>
            <w:tcW w:w="3402" w:type="dxa"/>
            <w:vAlign w:val="center"/>
          </w:tcPr>
          <w:p w14:paraId="1B1414BB" w14:textId="77777777" w:rsidR="00ED18FB" w:rsidRDefault="009C120C">
            <w:r>
              <w:rPr>
                <w:sz w:val="16"/>
              </w:rPr>
              <w:t>Vai projektori pēc izmantošanas tiek izslēgti?</w:t>
            </w:r>
          </w:p>
        </w:tc>
        <w:tc>
          <w:tcPr>
            <w:tcW w:w="567" w:type="dxa"/>
            <w:vAlign w:val="center"/>
          </w:tcPr>
          <w:p w14:paraId="6C6BFC22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05B49905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7C5F013F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63BFC313" w14:textId="77777777" w:rsidR="00ED18FB" w:rsidRDefault="00ED18FB"/>
        </w:tc>
      </w:tr>
      <w:tr w:rsidR="00ED18FB" w14:paraId="7135D4AE" w14:textId="77777777">
        <w:trPr>
          <w:jc w:val="center"/>
        </w:trPr>
        <w:tc>
          <w:tcPr>
            <w:tcW w:w="1134" w:type="dxa"/>
            <w:vAlign w:val="center"/>
          </w:tcPr>
          <w:p w14:paraId="264E8A02" w14:textId="77777777" w:rsidR="00ED18FB" w:rsidRDefault="00ED18FB"/>
        </w:tc>
        <w:tc>
          <w:tcPr>
            <w:tcW w:w="3402" w:type="dxa"/>
            <w:vAlign w:val="center"/>
          </w:tcPr>
          <w:p w14:paraId="2E112C3E" w14:textId="77777777" w:rsidR="00ED18FB" w:rsidRDefault="009C120C">
            <w:r>
              <w:rPr>
                <w:sz w:val="16"/>
              </w:rPr>
              <w:t>Vai citas elektroierīces tiek izslēgtas, kad tās nav nepieciešamas?</w:t>
            </w:r>
          </w:p>
        </w:tc>
        <w:tc>
          <w:tcPr>
            <w:tcW w:w="567" w:type="dxa"/>
            <w:vAlign w:val="center"/>
          </w:tcPr>
          <w:p w14:paraId="63DB253B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6930390C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7A0981C9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59C4E298" w14:textId="77777777" w:rsidR="00ED18FB" w:rsidRDefault="00ED18FB"/>
        </w:tc>
      </w:tr>
      <w:tr w:rsidR="00ED18FB" w14:paraId="6D832A56" w14:textId="77777777">
        <w:trPr>
          <w:jc w:val="center"/>
        </w:trPr>
        <w:tc>
          <w:tcPr>
            <w:tcW w:w="1134" w:type="dxa"/>
            <w:vAlign w:val="center"/>
          </w:tcPr>
          <w:p w14:paraId="392D13E4" w14:textId="77777777" w:rsidR="00ED18FB" w:rsidRDefault="009C120C">
            <w:r>
              <w:rPr>
                <w:b/>
                <w:sz w:val="16"/>
              </w:rPr>
              <w:t>SILTUMS</w:t>
            </w:r>
          </w:p>
        </w:tc>
        <w:tc>
          <w:tcPr>
            <w:tcW w:w="3402" w:type="dxa"/>
            <w:vAlign w:val="center"/>
          </w:tcPr>
          <w:p w14:paraId="1160F543" w14:textId="77777777" w:rsidR="00ED18FB" w:rsidRDefault="009C120C">
            <w:r>
              <w:rPr>
                <w:sz w:val="16"/>
              </w:rPr>
              <w:t>Vai telpas tiek vēdinātas īslaicīgi un intensīvi?</w:t>
            </w:r>
          </w:p>
        </w:tc>
        <w:tc>
          <w:tcPr>
            <w:tcW w:w="567" w:type="dxa"/>
            <w:vAlign w:val="center"/>
          </w:tcPr>
          <w:p w14:paraId="4FADC03D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57B4C724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4D4887E5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72923188" w14:textId="77777777" w:rsidR="00ED18FB" w:rsidRDefault="00ED18FB"/>
        </w:tc>
      </w:tr>
      <w:tr w:rsidR="00ED18FB" w14:paraId="29C00735" w14:textId="77777777">
        <w:trPr>
          <w:jc w:val="center"/>
        </w:trPr>
        <w:tc>
          <w:tcPr>
            <w:tcW w:w="1134" w:type="dxa"/>
            <w:vAlign w:val="center"/>
          </w:tcPr>
          <w:p w14:paraId="5BFC0FDD" w14:textId="77777777" w:rsidR="00ED18FB" w:rsidRDefault="00ED18FB"/>
        </w:tc>
        <w:tc>
          <w:tcPr>
            <w:tcW w:w="3402" w:type="dxa"/>
            <w:vAlign w:val="center"/>
          </w:tcPr>
          <w:p w14:paraId="6FF97D67" w14:textId="77777777" w:rsidR="00ED18FB" w:rsidRDefault="009C120C">
            <w:r>
              <w:rPr>
                <w:sz w:val="16"/>
              </w:rPr>
              <w:t>Vai apkures laikā logi ilgstoši netiek atstāti atvērti?</w:t>
            </w:r>
          </w:p>
        </w:tc>
        <w:tc>
          <w:tcPr>
            <w:tcW w:w="567" w:type="dxa"/>
            <w:vAlign w:val="center"/>
          </w:tcPr>
          <w:p w14:paraId="514CDCBE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0CBD3679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51DF8471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06E8BDA5" w14:textId="77777777" w:rsidR="00ED18FB" w:rsidRDefault="00ED18FB"/>
        </w:tc>
      </w:tr>
      <w:tr w:rsidR="00ED18FB" w14:paraId="60AEE9CB" w14:textId="77777777">
        <w:trPr>
          <w:jc w:val="center"/>
        </w:trPr>
        <w:tc>
          <w:tcPr>
            <w:tcW w:w="1134" w:type="dxa"/>
            <w:vAlign w:val="center"/>
          </w:tcPr>
          <w:p w14:paraId="46E152CC" w14:textId="77777777" w:rsidR="00ED18FB" w:rsidRDefault="00ED18FB"/>
        </w:tc>
        <w:tc>
          <w:tcPr>
            <w:tcW w:w="3402" w:type="dxa"/>
            <w:vAlign w:val="center"/>
          </w:tcPr>
          <w:p w14:paraId="4D322E15" w14:textId="77777777" w:rsidR="00ED18FB" w:rsidRDefault="009C120C">
            <w:r>
              <w:rPr>
                <w:sz w:val="16"/>
              </w:rPr>
              <w:t>Vai telpā nav pārāk silts?</w:t>
            </w:r>
          </w:p>
        </w:tc>
        <w:tc>
          <w:tcPr>
            <w:tcW w:w="567" w:type="dxa"/>
            <w:vAlign w:val="center"/>
          </w:tcPr>
          <w:p w14:paraId="191EAA88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4880E126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134A3C0F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21EEC958" w14:textId="77777777" w:rsidR="00ED18FB" w:rsidRDefault="00ED18FB"/>
        </w:tc>
      </w:tr>
      <w:tr w:rsidR="00ED18FB" w14:paraId="041E9561" w14:textId="77777777">
        <w:trPr>
          <w:jc w:val="center"/>
        </w:trPr>
        <w:tc>
          <w:tcPr>
            <w:tcW w:w="1134" w:type="dxa"/>
            <w:vAlign w:val="center"/>
          </w:tcPr>
          <w:p w14:paraId="314BECC2" w14:textId="77777777" w:rsidR="00ED18FB" w:rsidRDefault="00ED18FB"/>
        </w:tc>
        <w:tc>
          <w:tcPr>
            <w:tcW w:w="3402" w:type="dxa"/>
            <w:vAlign w:val="center"/>
          </w:tcPr>
          <w:p w14:paraId="48C6AA6A" w14:textId="77777777" w:rsidR="00ED18FB" w:rsidRDefault="009C120C">
            <w:r>
              <w:rPr>
                <w:sz w:val="16"/>
              </w:rPr>
              <w:t>Vai radiatori ir brīvi un tos neaizsedz mēbeles vai priekšmeti?</w:t>
            </w:r>
          </w:p>
        </w:tc>
        <w:tc>
          <w:tcPr>
            <w:tcW w:w="567" w:type="dxa"/>
            <w:vAlign w:val="center"/>
          </w:tcPr>
          <w:p w14:paraId="0884797B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5D351669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58A992DC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7C73DE28" w14:textId="77777777" w:rsidR="00ED18FB" w:rsidRDefault="00ED18FB"/>
        </w:tc>
      </w:tr>
      <w:tr w:rsidR="00ED18FB" w14:paraId="7D320C2D" w14:textId="77777777">
        <w:trPr>
          <w:jc w:val="center"/>
        </w:trPr>
        <w:tc>
          <w:tcPr>
            <w:tcW w:w="1134" w:type="dxa"/>
            <w:vAlign w:val="center"/>
          </w:tcPr>
          <w:p w14:paraId="24554CA2" w14:textId="77777777" w:rsidR="00ED18FB" w:rsidRDefault="00ED18FB"/>
        </w:tc>
        <w:tc>
          <w:tcPr>
            <w:tcW w:w="3402" w:type="dxa"/>
            <w:vAlign w:val="center"/>
          </w:tcPr>
          <w:p w14:paraId="7769A4A3" w14:textId="77777777" w:rsidR="00ED18FB" w:rsidRDefault="009C120C">
            <w:r>
              <w:rPr>
                <w:sz w:val="16"/>
              </w:rPr>
              <w:t>Vai iespējams samazināt siltuma zudumus?</w:t>
            </w:r>
          </w:p>
        </w:tc>
        <w:tc>
          <w:tcPr>
            <w:tcW w:w="567" w:type="dxa"/>
            <w:vAlign w:val="center"/>
          </w:tcPr>
          <w:p w14:paraId="2ADDED7D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1EEC9A05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75DD81D6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4DCAEEA5" w14:textId="77777777" w:rsidR="00ED18FB" w:rsidRDefault="00ED18FB"/>
        </w:tc>
      </w:tr>
      <w:tr w:rsidR="00ED18FB" w14:paraId="6ED1D629" w14:textId="77777777">
        <w:trPr>
          <w:jc w:val="center"/>
        </w:trPr>
        <w:tc>
          <w:tcPr>
            <w:tcW w:w="1134" w:type="dxa"/>
            <w:vAlign w:val="center"/>
          </w:tcPr>
          <w:p w14:paraId="040A0B32" w14:textId="77777777" w:rsidR="00ED18FB" w:rsidRDefault="009C120C">
            <w:r>
              <w:rPr>
                <w:b/>
                <w:sz w:val="16"/>
              </w:rPr>
              <w:t>ŪDENS</w:t>
            </w:r>
          </w:p>
        </w:tc>
        <w:tc>
          <w:tcPr>
            <w:tcW w:w="3402" w:type="dxa"/>
            <w:vAlign w:val="center"/>
          </w:tcPr>
          <w:p w14:paraId="105C1F8F" w14:textId="77777777" w:rsidR="00ED18FB" w:rsidRDefault="009C120C">
            <w:r>
              <w:rPr>
                <w:sz w:val="16"/>
              </w:rPr>
              <w:t>Vai ūdens tiek izmantots taupīgi?</w:t>
            </w:r>
          </w:p>
        </w:tc>
        <w:tc>
          <w:tcPr>
            <w:tcW w:w="567" w:type="dxa"/>
            <w:vAlign w:val="center"/>
          </w:tcPr>
          <w:p w14:paraId="393372BD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05C58292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052EE094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726A3074" w14:textId="77777777" w:rsidR="00ED18FB" w:rsidRDefault="00ED18FB"/>
        </w:tc>
      </w:tr>
      <w:tr w:rsidR="00ED18FB" w14:paraId="1C43122C" w14:textId="77777777">
        <w:trPr>
          <w:jc w:val="center"/>
        </w:trPr>
        <w:tc>
          <w:tcPr>
            <w:tcW w:w="1134" w:type="dxa"/>
            <w:vAlign w:val="center"/>
          </w:tcPr>
          <w:p w14:paraId="0311E533" w14:textId="77777777" w:rsidR="00ED18FB" w:rsidRDefault="00ED18FB"/>
        </w:tc>
        <w:tc>
          <w:tcPr>
            <w:tcW w:w="3402" w:type="dxa"/>
            <w:vAlign w:val="center"/>
          </w:tcPr>
          <w:p w14:paraId="60928435" w14:textId="77777777" w:rsidR="00ED18FB" w:rsidRDefault="009C120C">
            <w:r>
              <w:rPr>
                <w:sz w:val="16"/>
              </w:rPr>
              <w:t>Vai krāni un ūdens savienojumi nepil?</w:t>
            </w:r>
          </w:p>
        </w:tc>
        <w:tc>
          <w:tcPr>
            <w:tcW w:w="567" w:type="dxa"/>
            <w:vAlign w:val="center"/>
          </w:tcPr>
          <w:p w14:paraId="6FE6C550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032C79AA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5C441BF0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3BF0B456" w14:textId="77777777" w:rsidR="00ED18FB" w:rsidRDefault="00ED18FB"/>
        </w:tc>
      </w:tr>
      <w:tr w:rsidR="00ED18FB" w14:paraId="744443A1" w14:textId="77777777">
        <w:trPr>
          <w:jc w:val="center"/>
        </w:trPr>
        <w:tc>
          <w:tcPr>
            <w:tcW w:w="1134" w:type="dxa"/>
            <w:vAlign w:val="center"/>
          </w:tcPr>
          <w:p w14:paraId="541CEE09" w14:textId="77777777" w:rsidR="00ED18FB" w:rsidRDefault="00ED18FB"/>
        </w:tc>
        <w:tc>
          <w:tcPr>
            <w:tcW w:w="3402" w:type="dxa"/>
            <w:vAlign w:val="center"/>
          </w:tcPr>
          <w:p w14:paraId="74E4B71E" w14:textId="77777777" w:rsidR="00ED18FB" w:rsidRDefault="009C120C">
            <w:r>
              <w:rPr>
                <w:sz w:val="16"/>
              </w:rPr>
              <w:t>Vai ūdens netiek atstāts tecēt bez vajadzības?</w:t>
            </w:r>
          </w:p>
        </w:tc>
        <w:tc>
          <w:tcPr>
            <w:tcW w:w="567" w:type="dxa"/>
            <w:vAlign w:val="center"/>
          </w:tcPr>
          <w:p w14:paraId="0551F0AA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338A597D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5D97DEEF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26505E74" w14:textId="77777777" w:rsidR="00ED18FB" w:rsidRDefault="00ED18FB"/>
        </w:tc>
      </w:tr>
      <w:tr w:rsidR="00ED18FB" w14:paraId="3D833491" w14:textId="77777777">
        <w:trPr>
          <w:jc w:val="center"/>
        </w:trPr>
        <w:tc>
          <w:tcPr>
            <w:tcW w:w="1134" w:type="dxa"/>
            <w:vAlign w:val="center"/>
          </w:tcPr>
          <w:p w14:paraId="79E3803B" w14:textId="77777777" w:rsidR="00ED18FB" w:rsidRDefault="00ED18FB"/>
        </w:tc>
        <w:tc>
          <w:tcPr>
            <w:tcW w:w="3402" w:type="dxa"/>
            <w:vAlign w:val="center"/>
          </w:tcPr>
          <w:p w14:paraId="27BB444E" w14:textId="77777777" w:rsidR="00ED18FB" w:rsidRDefault="009C120C">
            <w:r>
              <w:rPr>
                <w:sz w:val="16"/>
              </w:rPr>
              <w:t>Vai ir iespējams samazināt ūdens patēriņu?</w:t>
            </w:r>
          </w:p>
        </w:tc>
        <w:tc>
          <w:tcPr>
            <w:tcW w:w="567" w:type="dxa"/>
            <w:vAlign w:val="center"/>
          </w:tcPr>
          <w:p w14:paraId="56383B54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37" w:type="dxa"/>
            <w:vAlign w:val="center"/>
          </w:tcPr>
          <w:p w14:paraId="4648DAEF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624" w:type="dxa"/>
            <w:vAlign w:val="center"/>
          </w:tcPr>
          <w:p w14:paraId="7403DF5C" w14:textId="77777777" w:rsidR="00ED18FB" w:rsidRDefault="009C120C">
            <w:pPr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2835" w:type="dxa"/>
            <w:vAlign w:val="center"/>
          </w:tcPr>
          <w:p w14:paraId="539CB2C6" w14:textId="77777777" w:rsidR="00ED18FB" w:rsidRDefault="00ED18FB"/>
        </w:tc>
      </w:tr>
    </w:tbl>
    <w:p w14:paraId="419AA0F7" w14:textId="77777777" w:rsidR="00702E7E" w:rsidRPr="00702E7E" w:rsidRDefault="00702E7E" w:rsidP="00702E7E">
      <w:pPr>
        <w:spacing w:after="0"/>
        <w:rPr>
          <w:b/>
          <w:sz w:val="12"/>
          <w:szCs w:val="12"/>
        </w:rPr>
      </w:pPr>
    </w:p>
    <w:p w14:paraId="0AAEF88E" w14:textId="2BFDC5D1" w:rsidR="00ED18FB" w:rsidRDefault="009C120C" w:rsidP="00702E7E">
      <w:pPr>
        <w:spacing w:after="0"/>
      </w:pPr>
      <w:r>
        <w:rPr>
          <w:b/>
          <w:sz w:val="22"/>
        </w:rPr>
        <w:t>KO MĒS NOSKAIDROJĀM?</w:t>
      </w:r>
    </w:p>
    <w:p w14:paraId="75821F7F" w14:textId="77777777" w:rsidR="00ED18FB" w:rsidRDefault="009C120C">
      <w:pPr>
        <w:spacing w:after="40"/>
      </w:pPr>
      <w:r>
        <w:rPr>
          <w:b/>
        </w:rPr>
        <w:t>Lielākā problēma, ko pamanījām:</w:t>
      </w:r>
    </w:p>
    <w:p w14:paraId="1BFF4905" w14:textId="77777777" w:rsidR="00ED18FB" w:rsidRDefault="009C120C">
      <w:r>
        <w:t>________________________________________________________________________________</w:t>
      </w:r>
    </w:p>
    <w:p w14:paraId="2BA0FE4A" w14:textId="77777777" w:rsidR="00ED18FB" w:rsidRDefault="009C120C">
      <w:pPr>
        <w:spacing w:after="40"/>
      </w:pPr>
      <w:r>
        <w:rPr>
          <w:b/>
        </w:rPr>
        <w:t>Kur tiek tērēts visvairāk enerģijas / ūdens?</w:t>
      </w:r>
    </w:p>
    <w:p w14:paraId="5A481C92" w14:textId="77777777" w:rsidR="00ED18FB" w:rsidRDefault="009C120C">
      <w:r>
        <w:t>________________________________________________________________________________</w:t>
      </w:r>
    </w:p>
    <w:p w14:paraId="1B7CF604" w14:textId="77777777" w:rsidR="00ED18FB" w:rsidRDefault="009C120C">
      <w:pPr>
        <w:spacing w:after="40"/>
      </w:pPr>
      <w:r>
        <w:rPr>
          <w:b/>
        </w:rPr>
        <w:t>Ko skolā varētu mainīt jau šonedēļ?</w:t>
      </w:r>
    </w:p>
    <w:p w14:paraId="23F6BD4A" w14:textId="77777777" w:rsidR="00ED18FB" w:rsidRDefault="009C120C">
      <w:r>
        <w:t>________________________________________________________________________________</w:t>
      </w:r>
    </w:p>
    <w:p w14:paraId="4BC87E73" w14:textId="77777777" w:rsidR="00ED18FB" w:rsidRDefault="009C120C">
      <w:pPr>
        <w:spacing w:after="40"/>
      </w:pPr>
      <w:r>
        <w:rPr>
          <w:b/>
        </w:rPr>
        <w:t>Mūsu ideja, kā taupīt enerģiju:</w:t>
      </w:r>
    </w:p>
    <w:p w14:paraId="65A7CEF4" w14:textId="77777777" w:rsidR="00ED18FB" w:rsidRDefault="009C120C">
      <w:r>
        <w:t>________________________________________________________________________________</w:t>
      </w:r>
    </w:p>
    <w:p w14:paraId="71BB43EC" w14:textId="77777777" w:rsidR="00ED18FB" w:rsidRDefault="009C120C">
      <w:r>
        <w:rPr>
          <w:b/>
        </w:rPr>
        <w:t>Kam par šo problēmu jāpastāsta?</w:t>
      </w:r>
    </w:p>
    <w:p w14:paraId="0F01B244" w14:textId="77777777" w:rsidR="00702E7E" w:rsidRDefault="009C120C">
      <w:r>
        <w:t xml:space="preserve">☐ klases audzinātājam    ☐ skolotājam    ☐ skolas administrācijai    ☐ saimniecības darbiniekam    ☐ Ekopadomei    ☐ citam: </w:t>
      </w:r>
    </w:p>
    <w:p w14:paraId="3829BA68" w14:textId="49DBC42C" w:rsidR="00ED18FB" w:rsidRDefault="009C120C" w:rsidP="00702E7E">
      <w:pPr>
        <w:spacing w:after="0"/>
      </w:pPr>
      <w:r>
        <w:rPr>
          <w:b/>
          <w:sz w:val="22"/>
        </w:rPr>
        <w:t>AUDITORU SECINĀJUMS</w:t>
      </w:r>
    </w:p>
    <w:p w14:paraId="33E1036B" w14:textId="77777777" w:rsidR="00ED18FB" w:rsidRDefault="009C120C">
      <w:r>
        <w:t>Mūsu telpas energoefektivitātes novērtējums:</w:t>
      </w:r>
    </w:p>
    <w:p w14:paraId="5A4CFF54" w14:textId="77777777" w:rsidR="00ED18FB" w:rsidRDefault="009C120C">
      <w:r>
        <w:t>☐ Enerģiju taupām labi    ☐ Ir lietas, ko varam uzlabot    ☐ Nepieciešamas pārmaiņas</w:t>
      </w:r>
    </w:p>
    <w:p w14:paraId="56EC2317" w14:textId="77777777" w:rsidR="00ED18FB" w:rsidRDefault="009C120C">
      <w:r>
        <w:t>Mūsu galvenais ieteikums skolai:</w:t>
      </w:r>
    </w:p>
    <w:p w14:paraId="3C0B0093" w14:textId="77777777" w:rsidR="00ED18FB" w:rsidRDefault="009C120C" w:rsidP="00702E7E">
      <w:pPr>
        <w:spacing w:after="0"/>
      </w:pPr>
      <w:r>
        <w:t>________________________________________________________________________________</w:t>
      </w:r>
    </w:p>
    <w:p w14:paraId="0D21CB5E" w14:textId="77777777" w:rsidR="00ED18FB" w:rsidRDefault="009C120C">
      <w:r>
        <w:t>________________________________________________________________________________</w:t>
      </w:r>
    </w:p>
    <w:p w14:paraId="64837EF5" w14:textId="77777777" w:rsidR="00ED18FB" w:rsidRDefault="009C120C">
      <w:r>
        <w:t>Auditoru paraksti: ______________________________________________</w:t>
      </w:r>
    </w:p>
    <w:sectPr w:rsidR="00ED18FB" w:rsidSect="00702E7E">
      <w:headerReference w:type="default" r:id="rId8"/>
      <w:footerReference w:type="default" r:id="rId9"/>
      <w:pgSz w:w="12240" w:h="15840"/>
      <w:pgMar w:top="284" w:right="680" w:bottom="284" w:left="68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B2569" w14:textId="77777777" w:rsidR="00193514" w:rsidRDefault="00193514">
      <w:pPr>
        <w:spacing w:after="0" w:line="240" w:lineRule="auto"/>
      </w:pPr>
      <w:r>
        <w:separator/>
      </w:r>
    </w:p>
  </w:endnote>
  <w:endnote w:type="continuationSeparator" w:id="0">
    <w:p w14:paraId="19115FBB" w14:textId="77777777" w:rsidR="00193514" w:rsidRDefault="00193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DF511" w14:textId="77777777" w:rsidR="00ED18FB" w:rsidRDefault="009C120C">
    <w:pPr>
      <w:pStyle w:val="Footer"/>
      <w:jc w:val="center"/>
    </w:pPr>
    <w:r>
      <w:rPr>
        <w:i/>
      </w:rPr>
      <w:t>POWERYOUTH • Skola kā energokopiena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C0E75" w14:textId="77777777" w:rsidR="00193514" w:rsidRDefault="00193514">
      <w:pPr>
        <w:spacing w:after="0" w:line="240" w:lineRule="auto"/>
      </w:pPr>
      <w:r>
        <w:separator/>
      </w:r>
    </w:p>
  </w:footnote>
  <w:footnote w:type="continuationSeparator" w:id="0">
    <w:p w14:paraId="241CF6D0" w14:textId="77777777" w:rsidR="00193514" w:rsidRDefault="00193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5A7BB" w14:textId="6396168A" w:rsidR="00702E7E" w:rsidRDefault="00702E7E" w:rsidP="00702E7E">
    <w:pPr>
      <w:pStyle w:val="Header"/>
      <w:jc w:val="center"/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239850FB" wp14:editId="0487AA1F">
          <wp:extent cx="6296025" cy="904875"/>
          <wp:effectExtent l="0" t="0" r="0" b="0"/>
          <wp:docPr id="115018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013455">
    <w:abstractNumId w:val="8"/>
  </w:num>
  <w:num w:numId="2" w16cid:durableId="368800667">
    <w:abstractNumId w:val="6"/>
  </w:num>
  <w:num w:numId="3" w16cid:durableId="1538546978">
    <w:abstractNumId w:val="5"/>
  </w:num>
  <w:num w:numId="4" w16cid:durableId="490946536">
    <w:abstractNumId w:val="4"/>
  </w:num>
  <w:num w:numId="5" w16cid:durableId="1011026882">
    <w:abstractNumId w:val="7"/>
  </w:num>
  <w:num w:numId="6" w16cid:durableId="2047638001">
    <w:abstractNumId w:val="3"/>
  </w:num>
  <w:num w:numId="7" w16cid:durableId="1241477033">
    <w:abstractNumId w:val="2"/>
  </w:num>
  <w:num w:numId="8" w16cid:durableId="1328480797">
    <w:abstractNumId w:val="1"/>
  </w:num>
  <w:num w:numId="9" w16cid:durableId="2270409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514"/>
    <w:rsid w:val="001947E9"/>
    <w:rsid w:val="0029639D"/>
    <w:rsid w:val="0030431D"/>
    <w:rsid w:val="00326F90"/>
    <w:rsid w:val="004D7D7E"/>
    <w:rsid w:val="006650C6"/>
    <w:rsid w:val="00702E7E"/>
    <w:rsid w:val="007915FE"/>
    <w:rsid w:val="008C08F6"/>
    <w:rsid w:val="009B6801"/>
    <w:rsid w:val="009C120C"/>
    <w:rsid w:val="00AA1D8D"/>
    <w:rsid w:val="00B47730"/>
    <w:rsid w:val="00CB0664"/>
    <w:rsid w:val="00ED18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547C84"/>
  <w14:defaultImageDpi w14:val="300"/>
  <w15:docId w15:val="{5AE43DE4-B043-4F23-AE5E-3BA6433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CAFD48-812D-4D80-B89F-E585C97E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Inga Brieze</cp:lastModifiedBy>
  <cp:revision>2</cp:revision>
  <dcterms:created xsi:type="dcterms:W3CDTF">2026-09-30T05:34:00Z</dcterms:created>
  <dcterms:modified xsi:type="dcterms:W3CDTF">2026-09-30T05:34:00Z</dcterms:modified>
  <cp:category/>
</cp:coreProperties>
</file>